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455A5" w14:textId="77777777" w:rsidR="00541F0C" w:rsidRDefault="00E9175B">
      <w:pPr>
        <w:spacing w:after="20"/>
        <w:jc w:val="center"/>
      </w:pPr>
      <w:r>
        <w:rPr>
          <w:b/>
          <w:color w:val="1F4E78"/>
          <w:sz w:val="44"/>
        </w:rPr>
        <w:t>2026 TEPD SUMMER SCHOOL</w:t>
      </w:r>
    </w:p>
    <w:p w14:paraId="488677ED" w14:textId="7EA8CC09" w:rsidR="00541F0C" w:rsidRDefault="00E9175B">
      <w:pPr>
        <w:spacing w:after="160"/>
        <w:jc w:val="center"/>
      </w:pPr>
      <w:r>
        <w:rPr>
          <w:b/>
          <w:color w:val="464646"/>
          <w:sz w:val="30"/>
        </w:rPr>
        <w:t>Schedule</w:t>
      </w:r>
    </w:p>
    <w:tbl>
      <w:tblPr>
        <w:tblStyle w:val="TableGrid"/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2016"/>
        <w:gridCol w:w="8928"/>
      </w:tblGrid>
      <w:tr w:rsidR="00541F0C" w14:paraId="7766EC05" w14:textId="77777777" w:rsidTr="00561D34">
        <w:trPr>
          <w:jc w:val="center"/>
        </w:trPr>
        <w:tc>
          <w:tcPr>
            <w:tcW w:w="2016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B3A8E5" w14:textId="77777777" w:rsidR="00541F0C" w:rsidRDefault="00E9175B">
            <w:pPr>
              <w:spacing w:after="0"/>
            </w:pPr>
            <w:r>
              <w:rPr>
                <w:b/>
                <w:sz w:val="19"/>
              </w:rPr>
              <w:t>Dates</w:t>
            </w:r>
          </w:p>
        </w:tc>
        <w:tc>
          <w:tcPr>
            <w:tcW w:w="89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634550" w14:textId="77777777" w:rsidR="00541F0C" w:rsidRDefault="00E9175B">
            <w:pPr>
              <w:spacing w:after="0"/>
            </w:pPr>
            <w:r>
              <w:rPr>
                <w:sz w:val="19"/>
              </w:rPr>
              <w:t>August 27, 28, and 31; September 1-3, 2026</w:t>
            </w:r>
          </w:p>
        </w:tc>
      </w:tr>
      <w:tr w:rsidR="00541F0C" w14:paraId="3D295623" w14:textId="77777777" w:rsidTr="00561D34">
        <w:trPr>
          <w:jc w:val="center"/>
        </w:trPr>
        <w:tc>
          <w:tcPr>
            <w:tcW w:w="2016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79737A" w14:textId="77777777" w:rsidR="00541F0C" w:rsidRDefault="00E9175B">
            <w:pPr>
              <w:spacing w:after="0"/>
            </w:pPr>
            <w:r>
              <w:rPr>
                <w:b/>
                <w:sz w:val="19"/>
              </w:rPr>
              <w:t>Format</w:t>
            </w:r>
          </w:p>
        </w:tc>
        <w:tc>
          <w:tcPr>
            <w:tcW w:w="89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4FEC4E" w14:textId="77777777" w:rsidR="00D05B0F" w:rsidRDefault="00E9175B">
            <w:r>
              <w:t>Days 1-3 online; Days 4-6 in person at York University</w:t>
            </w:r>
          </w:p>
        </w:tc>
      </w:tr>
    </w:tbl>
    <w:p w14:paraId="4454353D" w14:textId="77777777" w:rsidR="00541F0C" w:rsidRDefault="00541F0C"/>
    <w:p w14:paraId="449B72BB" w14:textId="77777777" w:rsidR="00541F0C" w:rsidRDefault="00541F0C"/>
    <w:p w14:paraId="6FC4E635" w14:textId="77777777" w:rsidR="00541F0C" w:rsidRDefault="00E9175B">
      <w:pPr>
        <w:keepNext/>
        <w:spacing w:before="60" w:after="40"/>
      </w:pPr>
      <w:r>
        <w:rPr>
          <w:b/>
          <w:color w:val="1F4E78"/>
          <w:sz w:val="26"/>
        </w:rPr>
        <w:t>DAY 1 - THURSDAY, AUGUST 27</w:t>
      </w:r>
    </w:p>
    <w:p w14:paraId="6FC0799C" w14:textId="77777777" w:rsidR="00541F0C" w:rsidRDefault="00E9175B">
      <w:pPr>
        <w:keepNext/>
        <w:spacing w:after="20"/>
      </w:pPr>
      <w:r>
        <w:rPr>
          <w:b/>
          <w:color w:val="1F4E78"/>
          <w:sz w:val="32"/>
        </w:rPr>
        <w:t>Foundations of Drug Discovery</w:t>
      </w:r>
    </w:p>
    <w:p w14:paraId="3D76865B" w14:textId="7D37C722" w:rsidR="00AD7B31" w:rsidRPr="00AD7B31" w:rsidRDefault="00AD7B31">
      <w:pPr>
        <w:keepNext/>
        <w:spacing w:after="120"/>
        <w:rPr>
          <w:iCs/>
          <w:lang w:val="en-CA"/>
        </w:rPr>
      </w:pPr>
      <w:r w:rsidRPr="00AD7B31">
        <w:rPr>
          <w:iCs/>
          <w:lang w:val="en-CA"/>
        </w:rPr>
        <w:br/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6624"/>
        <w:gridCol w:w="2664"/>
      </w:tblGrid>
      <w:tr w:rsidR="00541F0C" w14:paraId="0176A532" w14:textId="77777777">
        <w:trPr>
          <w:tblHeader/>
          <w:jc w:val="center"/>
        </w:trPr>
        <w:tc>
          <w:tcPr>
            <w:tcW w:w="158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EB9D35" w14:textId="77777777" w:rsidR="00541F0C" w:rsidRDefault="00E9175B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w="662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FAFAD4" w14:textId="77777777" w:rsidR="00541F0C" w:rsidRDefault="00E9175B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Session</w:t>
            </w:r>
          </w:p>
        </w:tc>
        <w:tc>
          <w:tcPr>
            <w:tcW w:w="266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758B87" w14:textId="77777777" w:rsidR="00541F0C" w:rsidRDefault="00E9175B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Lead / status</w:t>
            </w:r>
          </w:p>
        </w:tc>
      </w:tr>
      <w:tr w:rsidR="00541F0C" w14:paraId="21BD1AA9" w14:textId="77777777">
        <w:trPr>
          <w:jc w:val="center"/>
        </w:trPr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AC18E6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9:00-9:15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441010" w14:textId="77777777" w:rsidR="00541F0C" w:rsidRDefault="00E9175B">
            <w:pPr>
              <w:spacing w:after="0"/>
            </w:pPr>
            <w:r>
              <w:rPr>
                <w:sz w:val="18"/>
              </w:rPr>
              <w:t>Opening and overview of the pharmaceutical-discovery pipeline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291950" w14:textId="77777777" w:rsidR="00541F0C" w:rsidRDefault="00E9175B">
            <w:pPr>
              <w:spacing w:after="0"/>
            </w:pPr>
            <w:r>
              <w:rPr>
                <w:sz w:val="18"/>
              </w:rPr>
              <w:t>Sergey Krylov</w:t>
            </w:r>
          </w:p>
        </w:tc>
      </w:tr>
      <w:tr w:rsidR="00541F0C" w14:paraId="7239DD7B" w14:textId="77777777">
        <w:trPr>
          <w:jc w:val="center"/>
        </w:trPr>
        <w:tc>
          <w:tcPr>
            <w:tcW w:w="15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B47DF6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9:15-10:15</w:t>
            </w:r>
          </w:p>
        </w:tc>
        <w:tc>
          <w:tcPr>
            <w:tcW w:w="662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514BE4" w14:textId="77777777" w:rsidR="00541F0C" w:rsidRDefault="00E9175B">
            <w:pPr>
              <w:spacing w:after="0"/>
            </w:pPr>
            <w:r>
              <w:rPr>
                <w:sz w:val="18"/>
              </w:rPr>
              <w:t>Technologies for identification and validation of therapeutic targets</w:t>
            </w:r>
          </w:p>
        </w:tc>
        <w:tc>
          <w:tcPr>
            <w:tcW w:w="266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D937AE" w14:textId="77777777" w:rsidR="00541F0C" w:rsidRDefault="00E9175B">
            <w:pPr>
              <w:spacing w:after="0"/>
            </w:pPr>
            <w:r>
              <w:rPr>
                <w:sz w:val="18"/>
              </w:rPr>
              <w:t>Sergey Krylov</w:t>
            </w:r>
          </w:p>
        </w:tc>
      </w:tr>
      <w:tr w:rsidR="00541F0C" w14:paraId="35C7C72D" w14:textId="77777777">
        <w:trPr>
          <w:jc w:val="center"/>
        </w:trPr>
        <w:tc>
          <w:tcPr>
            <w:tcW w:w="158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F2BEA1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10:15-10:30</w:t>
            </w:r>
          </w:p>
        </w:tc>
        <w:tc>
          <w:tcPr>
            <w:tcW w:w="662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880592" w14:textId="77777777" w:rsidR="00541F0C" w:rsidRDefault="00E9175B">
            <w:pPr>
              <w:spacing w:after="0"/>
            </w:pPr>
            <w:r>
              <w:rPr>
                <w:sz w:val="18"/>
              </w:rPr>
              <w:t>Break</w:t>
            </w:r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4A9F22" w14:textId="77777777" w:rsidR="00541F0C" w:rsidRDefault="00541F0C">
            <w:pPr>
              <w:spacing w:after="0"/>
            </w:pPr>
          </w:p>
        </w:tc>
      </w:tr>
      <w:tr w:rsidR="00541F0C" w14:paraId="6FAFDB42" w14:textId="77777777">
        <w:trPr>
          <w:jc w:val="center"/>
        </w:trPr>
        <w:tc>
          <w:tcPr>
            <w:tcW w:w="15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30CB6F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10:30-11:30</w:t>
            </w:r>
          </w:p>
        </w:tc>
        <w:tc>
          <w:tcPr>
            <w:tcW w:w="662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F9431C" w14:textId="77777777" w:rsidR="00541F0C" w:rsidRDefault="00E9175B">
            <w:pPr>
              <w:spacing w:after="0"/>
            </w:pPr>
            <w:r>
              <w:rPr>
                <w:sz w:val="18"/>
              </w:rPr>
              <w:t>Medicinal-chemistry approaches to lead optimization</w:t>
            </w:r>
          </w:p>
        </w:tc>
        <w:tc>
          <w:tcPr>
            <w:tcW w:w="266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903E39" w14:textId="77777777" w:rsidR="00541F0C" w:rsidRDefault="00E9175B">
            <w:pPr>
              <w:spacing w:after="0"/>
            </w:pPr>
            <w:r>
              <w:rPr>
                <w:sz w:val="18"/>
              </w:rPr>
              <w:t>Boris Gorin, Eurofins</w:t>
            </w:r>
          </w:p>
        </w:tc>
      </w:tr>
      <w:tr w:rsidR="00541F0C" w14:paraId="62325380" w14:textId="77777777">
        <w:trPr>
          <w:jc w:val="center"/>
        </w:trPr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7B68EA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11:30-12:00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74AF40" w14:textId="77777777" w:rsidR="00541F0C" w:rsidRDefault="00E9175B">
            <w:pPr>
              <w:spacing w:after="0"/>
            </w:pPr>
            <w:r>
              <w:rPr>
                <w:sz w:val="18"/>
              </w:rPr>
              <w:t>In vitro and in vivo functional assays in lead optimization: beta-catenin inhibitor case study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7406B6" w14:textId="77777777" w:rsidR="00541F0C" w:rsidRDefault="00E9175B">
            <w:pPr>
              <w:spacing w:after="0"/>
            </w:pPr>
            <w:r>
              <w:rPr>
                <w:sz w:val="18"/>
              </w:rPr>
              <w:t>Chun Peng</w:t>
            </w:r>
          </w:p>
        </w:tc>
      </w:tr>
      <w:tr w:rsidR="00541F0C" w14:paraId="2461C806" w14:textId="77777777">
        <w:trPr>
          <w:jc w:val="center"/>
        </w:trPr>
        <w:tc>
          <w:tcPr>
            <w:tcW w:w="15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BA381B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12:00-12:20</w:t>
            </w:r>
          </w:p>
        </w:tc>
        <w:tc>
          <w:tcPr>
            <w:tcW w:w="662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073F25" w14:textId="77777777" w:rsidR="00541F0C" w:rsidRDefault="00E9175B">
            <w:pPr>
              <w:spacing w:after="0"/>
            </w:pPr>
            <w:r>
              <w:rPr>
                <w:sz w:val="18"/>
              </w:rPr>
              <w:t>Questions and integration discussion</w:t>
            </w:r>
          </w:p>
        </w:tc>
        <w:tc>
          <w:tcPr>
            <w:tcW w:w="266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0E5864" w14:textId="77777777" w:rsidR="00541F0C" w:rsidRDefault="00E9175B">
            <w:pPr>
              <w:spacing w:after="0"/>
            </w:pPr>
            <w:r>
              <w:rPr>
                <w:sz w:val="18"/>
              </w:rPr>
              <w:t>Morning instructors</w:t>
            </w:r>
          </w:p>
        </w:tc>
      </w:tr>
      <w:tr w:rsidR="00541F0C" w14:paraId="717BF0B1" w14:textId="77777777">
        <w:trPr>
          <w:jc w:val="center"/>
        </w:trPr>
        <w:tc>
          <w:tcPr>
            <w:tcW w:w="158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4363E6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12:20-1:30</w:t>
            </w:r>
          </w:p>
        </w:tc>
        <w:tc>
          <w:tcPr>
            <w:tcW w:w="662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5C4099" w14:textId="77777777" w:rsidR="00541F0C" w:rsidRDefault="00EE2F7D">
            <w:pPr>
              <w:spacing w:after="0"/>
            </w:pPr>
            <w:r>
              <w:rPr>
                <w:sz w:val="18"/>
              </w:rPr>
              <w:t>Break</w:t>
            </w:r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2729D0" w14:textId="77777777" w:rsidR="00541F0C" w:rsidRDefault="00541F0C">
            <w:pPr>
              <w:spacing w:after="0"/>
            </w:pPr>
          </w:p>
        </w:tc>
      </w:tr>
      <w:tr w:rsidR="00541F0C" w14:paraId="53819C91" w14:textId="77777777">
        <w:trPr>
          <w:jc w:val="center"/>
        </w:trPr>
        <w:tc>
          <w:tcPr>
            <w:tcW w:w="15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CDB83A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1:30-2:30</w:t>
            </w:r>
          </w:p>
        </w:tc>
        <w:tc>
          <w:tcPr>
            <w:tcW w:w="662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2161B7" w14:textId="77777777" w:rsidR="00541F0C" w:rsidRDefault="00E9175B">
            <w:pPr>
              <w:spacing w:after="0"/>
            </w:pPr>
            <w:r>
              <w:rPr>
                <w:sz w:val="18"/>
              </w:rPr>
              <w:t>New building blocks for combinatorial libraries</w:t>
            </w:r>
          </w:p>
        </w:tc>
        <w:tc>
          <w:tcPr>
            <w:tcW w:w="266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AE5862" w14:textId="77777777" w:rsidR="00541F0C" w:rsidRDefault="00E9175B">
            <w:pPr>
              <w:spacing w:after="0"/>
            </w:pPr>
            <w:r>
              <w:rPr>
                <w:sz w:val="18"/>
              </w:rPr>
              <w:t>Christine Le</w:t>
            </w:r>
          </w:p>
        </w:tc>
      </w:tr>
      <w:tr w:rsidR="00541F0C" w14:paraId="45688DF5" w14:textId="77777777">
        <w:trPr>
          <w:jc w:val="center"/>
        </w:trPr>
        <w:tc>
          <w:tcPr>
            <w:tcW w:w="158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603A86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2:30-2:45</w:t>
            </w:r>
          </w:p>
        </w:tc>
        <w:tc>
          <w:tcPr>
            <w:tcW w:w="662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B1E3F9" w14:textId="77777777" w:rsidR="00541F0C" w:rsidRDefault="00E9175B">
            <w:pPr>
              <w:spacing w:after="0"/>
            </w:pPr>
            <w:r>
              <w:rPr>
                <w:sz w:val="18"/>
              </w:rPr>
              <w:t>Break</w:t>
            </w:r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839144" w14:textId="77777777" w:rsidR="00541F0C" w:rsidRDefault="00541F0C">
            <w:pPr>
              <w:spacing w:after="0"/>
            </w:pPr>
          </w:p>
        </w:tc>
      </w:tr>
      <w:tr w:rsidR="00541F0C" w14:paraId="4CD82A63" w14:textId="77777777">
        <w:trPr>
          <w:jc w:val="center"/>
        </w:trPr>
        <w:tc>
          <w:tcPr>
            <w:tcW w:w="15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1AC8F1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2:45-4:00</w:t>
            </w:r>
          </w:p>
        </w:tc>
        <w:tc>
          <w:tcPr>
            <w:tcW w:w="662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9BB6B1" w14:textId="77777777" w:rsidR="00541F0C" w:rsidRDefault="00E9175B">
            <w:pPr>
              <w:spacing w:after="0"/>
            </w:pPr>
            <w:r>
              <w:rPr>
                <w:sz w:val="18"/>
              </w:rPr>
              <w:t>DNA-encoded library technology</w:t>
            </w:r>
          </w:p>
        </w:tc>
        <w:tc>
          <w:tcPr>
            <w:tcW w:w="266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BC88C8" w14:textId="77777777" w:rsidR="00541F0C" w:rsidRDefault="00E9175B">
            <w:pPr>
              <w:spacing w:after="0"/>
            </w:pPr>
            <w:r>
              <w:rPr>
                <w:sz w:val="18"/>
              </w:rPr>
              <w:t>Ryan Hili</w:t>
            </w:r>
          </w:p>
        </w:tc>
      </w:tr>
      <w:tr w:rsidR="00541F0C" w14:paraId="42B0490C" w14:textId="77777777">
        <w:trPr>
          <w:jc w:val="center"/>
        </w:trPr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DEE79E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4:00-4:30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684F18" w14:textId="77777777" w:rsidR="00541F0C" w:rsidRDefault="00E9175B">
            <w:pPr>
              <w:spacing w:after="0"/>
            </w:pPr>
            <w:r>
              <w:rPr>
                <w:sz w:val="18"/>
              </w:rPr>
              <w:t>Questions and integration discussion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AF3C7D" w14:textId="77777777" w:rsidR="00541F0C" w:rsidRDefault="00E9175B">
            <w:pPr>
              <w:spacing w:after="0"/>
            </w:pPr>
            <w:r>
              <w:rPr>
                <w:sz w:val="18"/>
              </w:rPr>
              <w:t>Afternoon instructors</w:t>
            </w:r>
          </w:p>
        </w:tc>
      </w:tr>
    </w:tbl>
    <w:p w14:paraId="7FEF2FB1" w14:textId="77777777" w:rsidR="00541F0C" w:rsidRDefault="00541F0C">
      <w:pPr>
        <w:spacing w:after="0"/>
      </w:pPr>
    </w:p>
    <w:p w14:paraId="748A7780" w14:textId="77777777" w:rsidR="00541F0C" w:rsidRDefault="00E9175B">
      <w:pPr>
        <w:keepNext/>
        <w:spacing w:before="60" w:after="40"/>
      </w:pPr>
      <w:r>
        <w:rPr>
          <w:b/>
          <w:color w:val="1F4E78"/>
          <w:sz w:val="26"/>
        </w:rPr>
        <w:t>DAY 2 - FRIDAY, AUGUST 28</w:t>
      </w:r>
    </w:p>
    <w:p w14:paraId="7F176667" w14:textId="77777777" w:rsidR="00541F0C" w:rsidRDefault="00E9175B">
      <w:pPr>
        <w:keepNext/>
        <w:spacing w:after="20"/>
        <w:rPr>
          <w:b/>
          <w:color w:val="1F4E78"/>
          <w:sz w:val="32"/>
        </w:rPr>
      </w:pPr>
      <w:r>
        <w:rPr>
          <w:b/>
          <w:color w:val="1F4E78"/>
          <w:sz w:val="32"/>
        </w:rPr>
        <w:t>Discovery Technologies and Candidate Progression</w:t>
      </w:r>
    </w:p>
    <w:p w14:paraId="3FC075D4" w14:textId="466C38DE" w:rsidR="00541F0C" w:rsidRDefault="00541F0C">
      <w:pPr>
        <w:keepNext/>
        <w:spacing w:after="120"/>
      </w:pPr>
    </w:p>
    <w:tbl>
      <w:tblPr>
        <w:tblStyle w:val="TableGrid"/>
        <w:tblW w:w="10872" w:type="dxa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6624"/>
        <w:gridCol w:w="2664"/>
      </w:tblGrid>
      <w:tr w:rsidR="00541F0C" w14:paraId="5C5AA855" w14:textId="77777777" w:rsidTr="003E7FBB">
        <w:trPr>
          <w:tblHeader/>
          <w:jc w:val="center"/>
        </w:trPr>
        <w:tc>
          <w:tcPr>
            <w:tcW w:w="158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751BF5" w14:textId="77777777" w:rsidR="00541F0C" w:rsidRDefault="00E9175B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w="662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BE6CF6" w14:textId="77777777" w:rsidR="00541F0C" w:rsidRDefault="00E9175B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Session</w:t>
            </w:r>
          </w:p>
        </w:tc>
        <w:tc>
          <w:tcPr>
            <w:tcW w:w="266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66BC83" w14:textId="77777777" w:rsidR="00541F0C" w:rsidRDefault="00E9175B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Lead / status</w:t>
            </w:r>
          </w:p>
        </w:tc>
      </w:tr>
      <w:tr w:rsidR="00541F0C" w14:paraId="42B13F5F" w14:textId="77777777" w:rsidTr="003E7FBB">
        <w:trPr>
          <w:jc w:val="center"/>
        </w:trPr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F8AE4E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9:00-10:15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43AF9F" w14:textId="77777777" w:rsidR="00541F0C" w:rsidRDefault="00E9175B">
            <w:pPr>
              <w:spacing w:after="0"/>
            </w:pPr>
            <w:r>
              <w:rPr>
                <w:sz w:val="18"/>
              </w:rPr>
              <w:t>Advances in highly efficient library-screening technologies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B50C9A" w14:textId="77777777" w:rsidR="00541F0C" w:rsidRDefault="00E9175B">
            <w:pPr>
              <w:spacing w:after="0"/>
            </w:pPr>
            <w:r>
              <w:rPr>
                <w:sz w:val="18"/>
              </w:rPr>
              <w:t>Sergey Krylov</w:t>
            </w:r>
          </w:p>
        </w:tc>
      </w:tr>
      <w:tr w:rsidR="00541F0C" w14:paraId="440C7A81" w14:textId="77777777" w:rsidTr="003E7FBB">
        <w:trPr>
          <w:jc w:val="center"/>
        </w:trPr>
        <w:tc>
          <w:tcPr>
            <w:tcW w:w="158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D8E7AB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10:15-10:30</w:t>
            </w:r>
          </w:p>
        </w:tc>
        <w:tc>
          <w:tcPr>
            <w:tcW w:w="662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3C61E4" w14:textId="77777777" w:rsidR="00541F0C" w:rsidRDefault="00E9175B">
            <w:pPr>
              <w:spacing w:after="0"/>
            </w:pPr>
            <w:r>
              <w:rPr>
                <w:sz w:val="18"/>
              </w:rPr>
              <w:t>Break</w:t>
            </w:r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842858" w14:textId="77777777" w:rsidR="00541F0C" w:rsidRDefault="00541F0C">
            <w:pPr>
              <w:spacing w:after="0"/>
            </w:pPr>
          </w:p>
        </w:tc>
      </w:tr>
      <w:tr w:rsidR="00541F0C" w14:paraId="393BFDF0" w14:textId="77777777" w:rsidTr="003E7FBB">
        <w:trPr>
          <w:jc w:val="center"/>
        </w:trPr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C48C18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10:30-11:15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3F3767" w14:textId="77777777" w:rsidR="00541F0C" w:rsidRDefault="00E9175B">
            <w:pPr>
              <w:spacing w:after="0"/>
            </w:pPr>
            <w:r>
              <w:rPr>
                <w:sz w:val="18"/>
              </w:rPr>
              <w:t>Hit-to-lead process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3D5D95" w14:textId="77777777" w:rsidR="00541F0C" w:rsidRDefault="00E9175B">
            <w:pPr>
              <w:spacing w:after="0"/>
            </w:pPr>
            <w:r>
              <w:rPr>
                <w:sz w:val="18"/>
              </w:rPr>
              <w:t>Ryan Hili</w:t>
            </w:r>
          </w:p>
        </w:tc>
      </w:tr>
      <w:tr w:rsidR="00541F0C" w14:paraId="7E14F47B" w14:textId="77777777" w:rsidTr="003E7FBB">
        <w:trPr>
          <w:jc w:val="center"/>
        </w:trPr>
        <w:tc>
          <w:tcPr>
            <w:tcW w:w="15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89ADBD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11:15-11:45</w:t>
            </w:r>
          </w:p>
        </w:tc>
        <w:tc>
          <w:tcPr>
            <w:tcW w:w="662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DB056D" w14:textId="77777777" w:rsidR="00541F0C" w:rsidRDefault="00E9175B">
            <w:pPr>
              <w:spacing w:after="0"/>
            </w:pPr>
            <w:r>
              <w:rPr>
                <w:sz w:val="18"/>
              </w:rPr>
              <w:t>Molecular docking and structure-based prioritization in hit-to-lead optimization</w:t>
            </w:r>
          </w:p>
        </w:tc>
        <w:tc>
          <w:tcPr>
            <w:tcW w:w="266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6BF14D" w14:textId="77777777" w:rsidR="00541F0C" w:rsidRDefault="00E9175B">
            <w:pPr>
              <w:spacing w:after="0"/>
            </w:pPr>
            <w:r>
              <w:rPr>
                <w:sz w:val="18"/>
              </w:rPr>
              <w:t>Yi Sheng / TBA</w:t>
            </w:r>
          </w:p>
        </w:tc>
      </w:tr>
      <w:tr w:rsidR="00541F0C" w14:paraId="31603B7C" w14:textId="77777777" w:rsidTr="003E7FBB">
        <w:trPr>
          <w:jc w:val="center"/>
        </w:trPr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F406E7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11:45-12:15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B974E8" w14:textId="77777777" w:rsidR="00541F0C" w:rsidRDefault="00E9175B">
            <w:pPr>
              <w:spacing w:after="0"/>
            </w:pPr>
            <w:r>
              <w:rPr>
                <w:sz w:val="18"/>
              </w:rPr>
              <w:t>Questions and integration discussion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C6A979" w14:textId="77777777" w:rsidR="00541F0C" w:rsidRDefault="00E9175B">
            <w:pPr>
              <w:spacing w:after="0"/>
            </w:pPr>
            <w:r>
              <w:rPr>
                <w:sz w:val="18"/>
              </w:rPr>
              <w:t>Morning instructors</w:t>
            </w:r>
          </w:p>
        </w:tc>
      </w:tr>
      <w:tr w:rsidR="00541F0C" w14:paraId="719273A2" w14:textId="77777777" w:rsidTr="003E7FBB">
        <w:trPr>
          <w:jc w:val="center"/>
        </w:trPr>
        <w:tc>
          <w:tcPr>
            <w:tcW w:w="158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D6C42F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12:15-1:30</w:t>
            </w:r>
          </w:p>
        </w:tc>
        <w:tc>
          <w:tcPr>
            <w:tcW w:w="662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312B7E" w14:textId="77777777" w:rsidR="00541F0C" w:rsidRDefault="00124976">
            <w:pPr>
              <w:spacing w:after="0"/>
            </w:pPr>
            <w:r>
              <w:rPr>
                <w:sz w:val="18"/>
              </w:rPr>
              <w:t>Break</w:t>
            </w:r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5E7A9C" w14:textId="77777777" w:rsidR="00541F0C" w:rsidRDefault="00541F0C">
            <w:pPr>
              <w:spacing w:after="0"/>
            </w:pPr>
          </w:p>
        </w:tc>
      </w:tr>
      <w:tr w:rsidR="00541F0C" w14:paraId="2D573FEC" w14:textId="77777777" w:rsidTr="003E7FBB">
        <w:trPr>
          <w:jc w:val="center"/>
        </w:trPr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6AFA33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1:30-2:45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0D432F" w14:textId="77777777" w:rsidR="00541F0C" w:rsidRDefault="00E9175B">
            <w:pPr>
              <w:spacing w:after="0"/>
            </w:pPr>
            <w:r>
              <w:rPr>
                <w:sz w:val="18"/>
              </w:rPr>
              <w:t>Biophysical and analytical technologies for hit validation and structural elucidation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D70E95" w14:textId="77777777" w:rsidR="00541F0C" w:rsidRDefault="00E9175B">
            <w:pPr>
              <w:spacing w:after="0"/>
            </w:pPr>
            <w:r>
              <w:rPr>
                <w:sz w:val="18"/>
              </w:rPr>
              <w:t>Philip Britz-McKibbin</w:t>
            </w:r>
          </w:p>
        </w:tc>
      </w:tr>
      <w:tr w:rsidR="00541F0C" w14:paraId="15FE263E" w14:textId="77777777" w:rsidTr="003E7FBB">
        <w:trPr>
          <w:jc w:val="center"/>
        </w:trPr>
        <w:tc>
          <w:tcPr>
            <w:tcW w:w="158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3C19C1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2:45-</w:t>
            </w:r>
            <w:r w:rsidR="003E7FBB">
              <w:rPr>
                <w:sz w:val="18"/>
              </w:rPr>
              <w:t>3</w:t>
            </w:r>
            <w:r>
              <w:rPr>
                <w:sz w:val="18"/>
              </w:rPr>
              <w:t>:</w:t>
            </w:r>
            <w:r w:rsidR="003E7FBB">
              <w:rPr>
                <w:sz w:val="18"/>
              </w:rPr>
              <w:t>00</w:t>
            </w:r>
          </w:p>
        </w:tc>
        <w:tc>
          <w:tcPr>
            <w:tcW w:w="662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B4AC80" w14:textId="77777777" w:rsidR="00541F0C" w:rsidRDefault="00E9175B">
            <w:pPr>
              <w:spacing w:after="0"/>
            </w:pPr>
            <w:r>
              <w:rPr>
                <w:sz w:val="18"/>
              </w:rPr>
              <w:t>Break</w:t>
            </w:r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4A647E" w14:textId="77777777" w:rsidR="00541F0C" w:rsidRDefault="00541F0C">
            <w:pPr>
              <w:spacing w:after="0"/>
            </w:pPr>
          </w:p>
        </w:tc>
      </w:tr>
      <w:tr w:rsidR="003E7FBB" w14:paraId="18E54A76" w14:textId="77777777" w:rsidTr="003E7FBB">
        <w:trPr>
          <w:jc w:val="center"/>
        </w:trPr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0DE4A6" w14:textId="77777777" w:rsidR="003E7FBB" w:rsidRDefault="003E7FBB" w:rsidP="003E7FBB">
            <w:pPr>
              <w:spacing w:after="0"/>
              <w:jc w:val="center"/>
            </w:pPr>
            <w:r>
              <w:rPr>
                <w:sz w:val="18"/>
              </w:rPr>
              <w:t>3:00-3:15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09A31F" w14:textId="77777777" w:rsidR="003E7FBB" w:rsidRDefault="003E7FBB" w:rsidP="003E7FBB">
            <w:pPr>
              <w:spacing w:after="0"/>
            </w:pPr>
            <w:r>
              <w:rPr>
                <w:sz w:val="18"/>
              </w:rPr>
              <w:t>Questions and integration discussion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C3CEE7" w14:textId="77777777" w:rsidR="003E7FBB" w:rsidRDefault="003E7FBB" w:rsidP="003E7FBB">
            <w:pPr>
              <w:spacing w:after="0"/>
            </w:pPr>
            <w:r>
              <w:rPr>
                <w:sz w:val="18"/>
              </w:rPr>
              <w:t>Afternoon instructors</w:t>
            </w:r>
          </w:p>
        </w:tc>
      </w:tr>
    </w:tbl>
    <w:p w14:paraId="5B6CD3D8" w14:textId="2B4B9FF0" w:rsidR="00541F0C" w:rsidRDefault="00E9175B" w:rsidP="00561D34">
      <w:r>
        <w:rPr>
          <w:b/>
          <w:color w:val="1F4E78"/>
          <w:sz w:val="26"/>
        </w:rPr>
        <w:lastRenderedPageBreak/>
        <w:t>DAY 3 - MONDAY, AUGUST 31</w:t>
      </w:r>
    </w:p>
    <w:p w14:paraId="7907E9B8" w14:textId="77777777" w:rsidR="00541F0C" w:rsidRDefault="00E9175B">
      <w:pPr>
        <w:keepNext/>
        <w:spacing w:after="20"/>
      </w:pPr>
      <w:r>
        <w:rPr>
          <w:b/>
          <w:color w:val="1F4E78"/>
          <w:sz w:val="32"/>
        </w:rPr>
        <w:t>Career Preparation Workshop</w:t>
      </w:r>
    </w:p>
    <w:p w14:paraId="3AE37FFE" w14:textId="77777777" w:rsidR="00AD7B31" w:rsidRDefault="00AD7B31">
      <w:pPr>
        <w:keepNext/>
        <w:spacing w:after="120"/>
        <w:rPr>
          <w:i/>
          <w:color w:val="505050"/>
        </w:rPr>
      </w:pPr>
    </w:p>
    <w:p w14:paraId="774C9D6C" w14:textId="5FB5B893" w:rsidR="00AD7B31" w:rsidRPr="00AD7B31" w:rsidRDefault="00AD7B31">
      <w:pPr>
        <w:keepNext/>
        <w:spacing w:after="120"/>
        <w:rPr>
          <w:i/>
          <w:color w:val="505050"/>
        </w:rPr>
      </w:pPr>
    </w:p>
    <w:tbl>
      <w:tblPr>
        <w:tblStyle w:val="TableGrid"/>
        <w:tblW w:w="10872" w:type="dxa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6624"/>
        <w:gridCol w:w="2664"/>
      </w:tblGrid>
      <w:tr w:rsidR="00541F0C" w14:paraId="5B285957" w14:textId="77777777" w:rsidTr="00F60AC8">
        <w:trPr>
          <w:tblHeader/>
          <w:jc w:val="center"/>
        </w:trPr>
        <w:tc>
          <w:tcPr>
            <w:tcW w:w="158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0CB3C8" w14:textId="77777777" w:rsidR="00541F0C" w:rsidRDefault="00E9175B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w="662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59BC32" w14:textId="77777777" w:rsidR="00541F0C" w:rsidRDefault="00E9175B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Session</w:t>
            </w:r>
          </w:p>
        </w:tc>
        <w:tc>
          <w:tcPr>
            <w:tcW w:w="266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95C161" w14:textId="77777777" w:rsidR="00541F0C" w:rsidRDefault="00E9175B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Lead / status</w:t>
            </w:r>
          </w:p>
        </w:tc>
      </w:tr>
      <w:tr w:rsidR="00541F0C" w14:paraId="6199F941" w14:textId="77777777" w:rsidTr="00F60AC8">
        <w:trPr>
          <w:jc w:val="center"/>
        </w:trPr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F833CD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9:00-9:50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E8071C" w14:textId="77777777" w:rsidR="00227A5A" w:rsidRDefault="00E9175B">
            <w:r>
              <w:t>Pharmaceutical R&amp;D project management: a biologics development perspective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65632A" w14:textId="77777777" w:rsidR="00227A5A" w:rsidRDefault="00E9175B">
            <w:r>
              <w:t>Dr. Dragan Miscevic, Biologics Unit Manager, Eurofins CDMO Alphora</w:t>
            </w:r>
          </w:p>
        </w:tc>
      </w:tr>
      <w:tr w:rsidR="00541F0C" w14:paraId="2DEC1B87" w14:textId="77777777" w:rsidTr="00F60AC8">
        <w:trPr>
          <w:jc w:val="center"/>
        </w:trPr>
        <w:tc>
          <w:tcPr>
            <w:tcW w:w="15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FC18E3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9:50-10:40</w:t>
            </w:r>
          </w:p>
        </w:tc>
        <w:tc>
          <w:tcPr>
            <w:tcW w:w="662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53BA58" w14:textId="77777777" w:rsidR="00541F0C" w:rsidRPr="00AB51B3" w:rsidRDefault="00AB51B3">
            <w:pPr>
              <w:spacing w:after="0"/>
            </w:pPr>
            <w:r w:rsidRPr="00AB51B3">
              <w:rPr>
                <w:sz w:val="18"/>
              </w:rPr>
              <w:t>Design of Experiments (DoE) and Analytical Quality by Design (</w:t>
            </w:r>
            <w:proofErr w:type="spellStart"/>
            <w:r w:rsidRPr="00AB51B3">
              <w:rPr>
                <w:sz w:val="18"/>
              </w:rPr>
              <w:t>AQbD</w:t>
            </w:r>
            <w:proofErr w:type="spellEnd"/>
            <w:r w:rsidRPr="00AB51B3">
              <w:rPr>
                <w:sz w:val="18"/>
              </w:rPr>
              <w:t>)</w:t>
            </w:r>
          </w:p>
        </w:tc>
        <w:tc>
          <w:tcPr>
            <w:tcW w:w="266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20A1CC" w14:textId="77777777" w:rsidR="00541F0C" w:rsidRDefault="00AB51B3">
            <w:pPr>
              <w:spacing w:after="0"/>
            </w:pPr>
            <w:r>
              <w:rPr>
                <w:sz w:val="18"/>
              </w:rPr>
              <w:t xml:space="preserve">Reza </w:t>
            </w:r>
            <w:r w:rsidRPr="00AB51B3">
              <w:rPr>
                <w:sz w:val="18"/>
              </w:rPr>
              <w:t>Pourhaghighi</w:t>
            </w:r>
          </w:p>
        </w:tc>
      </w:tr>
      <w:tr w:rsidR="00541F0C" w14:paraId="6937C08F" w14:textId="77777777" w:rsidTr="00F60AC8">
        <w:trPr>
          <w:jc w:val="center"/>
        </w:trPr>
        <w:tc>
          <w:tcPr>
            <w:tcW w:w="158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E8CCCE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10:40-10:55</w:t>
            </w:r>
          </w:p>
        </w:tc>
        <w:tc>
          <w:tcPr>
            <w:tcW w:w="662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05CE9B" w14:textId="77777777" w:rsidR="00541F0C" w:rsidRDefault="00E9175B">
            <w:pPr>
              <w:spacing w:after="0"/>
            </w:pPr>
            <w:r>
              <w:rPr>
                <w:sz w:val="18"/>
              </w:rPr>
              <w:t>Break</w:t>
            </w:r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D3ECFE" w14:textId="77777777" w:rsidR="00541F0C" w:rsidRDefault="00541F0C">
            <w:pPr>
              <w:spacing w:after="0"/>
            </w:pPr>
          </w:p>
        </w:tc>
      </w:tr>
      <w:tr w:rsidR="00541F0C" w14:paraId="188190A2" w14:textId="77777777" w:rsidTr="00F60AC8">
        <w:trPr>
          <w:jc w:val="center"/>
        </w:trPr>
        <w:tc>
          <w:tcPr>
            <w:tcW w:w="15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E32A8F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10:55-12:10</w:t>
            </w:r>
          </w:p>
        </w:tc>
        <w:tc>
          <w:tcPr>
            <w:tcW w:w="662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E4660D" w14:textId="77777777" w:rsidR="00541F0C" w:rsidRDefault="00E9175B">
            <w:pPr>
              <w:spacing w:after="0"/>
            </w:pPr>
            <w:r>
              <w:rPr>
                <w:sz w:val="18"/>
              </w:rPr>
              <w:t>GLP, GMP, ICH guidelines, documentation, reporting, quality systems, and audits</w:t>
            </w:r>
          </w:p>
        </w:tc>
        <w:tc>
          <w:tcPr>
            <w:tcW w:w="266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2BB9BF" w14:textId="77777777" w:rsidR="00541F0C" w:rsidRDefault="004A1357">
            <w:pPr>
              <w:spacing w:after="0"/>
            </w:pPr>
            <w:r>
              <w:rPr>
                <w:sz w:val="18"/>
              </w:rPr>
              <w:t>Fletcher Agostino</w:t>
            </w:r>
          </w:p>
        </w:tc>
      </w:tr>
      <w:tr w:rsidR="00541F0C" w14:paraId="6960934B" w14:textId="77777777" w:rsidTr="00F60AC8">
        <w:trPr>
          <w:jc w:val="center"/>
        </w:trPr>
        <w:tc>
          <w:tcPr>
            <w:tcW w:w="158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964BD4" w14:textId="77777777" w:rsidR="00541F0C" w:rsidRDefault="00E9175B">
            <w:pPr>
              <w:spacing w:after="0"/>
              <w:jc w:val="center"/>
            </w:pPr>
            <w:r>
              <w:rPr>
                <w:sz w:val="18"/>
              </w:rPr>
              <w:t>12:10-1:00</w:t>
            </w:r>
          </w:p>
        </w:tc>
        <w:tc>
          <w:tcPr>
            <w:tcW w:w="662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E7C79A" w14:textId="77777777" w:rsidR="00541F0C" w:rsidRDefault="00124976">
            <w:pPr>
              <w:spacing w:after="0"/>
            </w:pPr>
            <w:r>
              <w:rPr>
                <w:sz w:val="18"/>
              </w:rPr>
              <w:t>Break</w:t>
            </w:r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E132A4" w14:textId="77777777" w:rsidR="00541F0C" w:rsidRDefault="00541F0C">
            <w:pPr>
              <w:spacing w:after="0"/>
            </w:pPr>
          </w:p>
        </w:tc>
      </w:tr>
      <w:tr w:rsidR="009549AC" w14:paraId="436DB4C2" w14:textId="77777777" w:rsidTr="00F60AC8">
        <w:trPr>
          <w:jc w:val="center"/>
        </w:trPr>
        <w:tc>
          <w:tcPr>
            <w:tcW w:w="158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FF9CA8" w14:textId="77777777" w:rsidR="009549AC" w:rsidRDefault="009549AC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1:00-1:45</w:t>
            </w:r>
          </w:p>
        </w:tc>
        <w:tc>
          <w:tcPr>
            <w:tcW w:w="662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29AEE6" w14:textId="77777777" w:rsidR="00935636" w:rsidRDefault="00A21372">
            <w:r>
              <w:t>Nanoparticle-based drug delivery and detection: translating technology toward pharmaceutical applications</w:t>
            </w:r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278D89" w14:textId="77777777" w:rsidR="009549AC" w:rsidRDefault="009549AC">
            <w:pPr>
              <w:spacing w:after="0"/>
            </w:pPr>
            <w:r>
              <w:t>Leo Chou</w:t>
            </w:r>
          </w:p>
        </w:tc>
      </w:tr>
      <w:tr w:rsidR="00F60AC8" w14:paraId="10C9E7EA" w14:textId="77777777" w:rsidTr="00F60AC8">
        <w:trPr>
          <w:jc w:val="center"/>
        </w:trPr>
        <w:tc>
          <w:tcPr>
            <w:tcW w:w="15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BC5735" w14:textId="77777777" w:rsidR="00F60AC8" w:rsidRDefault="00F60AC8" w:rsidP="00F60AC8">
            <w:pPr>
              <w:spacing w:after="0"/>
              <w:jc w:val="center"/>
            </w:pPr>
            <w:r>
              <w:rPr>
                <w:sz w:val="18"/>
              </w:rPr>
              <w:t>1:</w:t>
            </w:r>
            <w:r w:rsidR="009549AC">
              <w:rPr>
                <w:sz w:val="18"/>
              </w:rPr>
              <w:t>45</w:t>
            </w:r>
            <w:r>
              <w:rPr>
                <w:sz w:val="18"/>
              </w:rPr>
              <w:t>-</w:t>
            </w:r>
            <w:r w:rsidR="009549AC">
              <w:rPr>
                <w:sz w:val="18"/>
              </w:rPr>
              <w:t>2</w:t>
            </w:r>
            <w:r>
              <w:rPr>
                <w:sz w:val="18"/>
              </w:rPr>
              <w:t>:</w:t>
            </w:r>
            <w:r w:rsidR="009549AC">
              <w:rPr>
                <w:sz w:val="18"/>
              </w:rPr>
              <w:t>30</w:t>
            </w:r>
          </w:p>
        </w:tc>
        <w:tc>
          <w:tcPr>
            <w:tcW w:w="662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6A7932" w14:textId="77777777" w:rsidR="00F60AC8" w:rsidRDefault="00F60AC8" w:rsidP="00F60AC8">
            <w:pPr>
              <w:spacing w:after="0"/>
            </w:pPr>
            <w:r>
              <w:rPr>
                <w:sz w:val="18"/>
              </w:rPr>
              <w:t>Innovation and entrepreneurship: translating academic discoveries into real-world impact</w:t>
            </w:r>
          </w:p>
        </w:tc>
        <w:tc>
          <w:tcPr>
            <w:tcW w:w="266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B8776B" w14:textId="77777777" w:rsidR="00F60AC8" w:rsidRDefault="00F60AC8" w:rsidP="00F60AC8">
            <w:pPr>
              <w:spacing w:after="0"/>
            </w:pPr>
            <w:r>
              <w:rPr>
                <w:sz w:val="18"/>
              </w:rPr>
              <w:t>Courtney Cole</w:t>
            </w:r>
          </w:p>
        </w:tc>
      </w:tr>
      <w:tr w:rsidR="00541F0C" w14:paraId="31EEBF59" w14:textId="77777777" w:rsidTr="00F60AC8">
        <w:trPr>
          <w:jc w:val="center"/>
        </w:trPr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D2BDA6" w14:textId="77777777" w:rsidR="00541F0C" w:rsidRDefault="009549AC">
            <w:pPr>
              <w:spacing w:after="0"/>
              <w:jc w:val="center"/>
            </w:pPr>
            <w:r>
              <w:rPr>
                <w:sz w:val="18"/>
              </w:rPr>
              <w:t>2</w:t>
            </w:r>
            <w:r w:rsidR="00E9175B">
              <w:rPr>
                <w:sz w:val="18"/>
              </w:rPr>
              <w:t>:</w:t>
            </w:r>
            <w:r>
              <w:rPr>
                <w:sz w:val="18"/>
              </w:rPr>
              <w:t>30</w:t>
            </w:r>
            <w:r w:rsidR="00E9175B">
              <w:rPr>
                <w:sz w:val="18"/>
              </w:rPr>
              <w:t>-2:</w:t>
            </w:r>
            <w:r>
              <w:rPr>
                <w:sz w:val="18"/>
              </w:rPr>
              <w:t>45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C24147" w14:textId="77777777" w:rsidR="00541F0C" w:rsidRDefault="00F60AC8">
            <w:pPr>
              <w:spacing w:after="0"/>
            </w:pPr>
            <w:r>
              <w:rPr>
                <w:sz w:val="18"/>
              </w:rPr>
              <w:t>Break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4F0E91" w14:textId="77777777" w:rsidR="00541F0C" w:rsidRDefault="00541F0C">
            <w:pPr>
              <w:spacing w:after="0"/>
            </w:pPr>
          </w:p>
        </w:tc>
      </w:tr>
      <w:tr w:rsidR="00F60AC8" w14:paraId="0FF2810C" w14:textId="77777777" w:rsidTr="00F60AC8">
        <w:trPr>
          <w:jc w:val="center"/>
        </w:trPr>
        <w:tc>
          <w:tcPr>
            <w:tcW w:w="158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2F77AC" w14:textId="77777777" w:rsidR="00F60AC8" w:rsidRDefault="00F60AC8" w:rsidP="00F60AC8">
            <w:pPr>
              <w:spacing w:after="0"/>
              <w:jc w:val="center"/>
            </w:pPr>
            <w:r>
              <w:rPr>
                <w:sz w:val="18"/>
              </w:rPr>
              <w:t>2:</w:t>
            </w:r>
            <w:r w:rsidR="009549AC">
              <w:rPr>
                <w:sz w:val="18"/>
              </w:rPr>
              <w:t>45</w:t>
            </w:r>
            <w:r>
              <w:rPr>
                <w:sz w:val="18"/>
              </w:rPr>
              <w:t>-</w:t>
            </w:r>
            <w:r w:rsidR="009549AC">
              <w:rPr>
                <w:sz w:val="18"/>
              </w:rPr>
              <w:t>5</w:t>
            </w:r>
            <w:r>
              <w:rPr>
                <w:sz w:val="18"/>
              </w:rPr>
              <w:t>:40</w:t>
            </w:r>
          </w:p>
        </w:tc>
        <w:tc>
          <w:tcPr>
            <w:tcW w:w="662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0EE01E" w14:textId="77777777" w:rsidR="00F60AC8" w:rsidRDefault="00F60AC8" w:rsidP="00F60AC8">
            <w:pPr>
              <w:spacing w:after="0"/>
            </w:pPr>
            <w:r>
              <w:rPr>
                <w:sz w:val="18"/>
              </w:rPr>
              <w:t>Mock interviews based on pre-submitted applications</w:t>
            </w:r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B8C88D" w14:textId="77777777" w:rsidR="00F60AC8" w:rsidRDefault="00F60AC8" w:rsidP="00F60AC8">
            <w:pPr>
              <w:spacing w:after="0"/>
            </w:pPr>
            <w:r>
              <w:rPr>
                <w:sz w:val="18"/>
              </w:rPr>
              <w:t>Eurofins: Boris, Tariq and/or colleague; SCIEX: Yves and/or colleague</w:t>
            </w:r>
          </w:p>
        </w:tc>
      </w:tr>
    </w:tbl>
    <w:p w14:paraId="5042034B" w14:textId="77777777" w:rsidR="00541F0C" w:rsidRDefault="00541F0C">
      <w:pPr>
        <w:spacing w:after="0"/>
      </w:pPr>
    </w:p>
    <w:p w14:paraId="4C51995A" w14:textId="5D0BA98B" w:rsidR="00541F0C" w:rsidRDefault="00E9175B" w:rsidP="00561D34">
      <w:r>
        <w:rPr>
          <w:b/>
          <w:color w:val="1F4E78"/>
          <w:sz w:val="26"/>
        </w:rPr>
        <w:t>DAY 4 - TUESDAY, SEPTEMBER 1</w:t>
      </w:r>
    </w:p>
    <w:p w14:paraId="7174F2A6" w14:textId="77777777" w:rsidR="00541F0C" w:rsidRDefault="00E9175B">
      <w:pPr>
        <w:keepNext/>
        <w:spacing w:after="20"/>
      </w:pPr>
      <w:r>
        <w:rPr>
          <w:b/>
          <w:color w:val="1F4E78"/>
          <w:sz w:val="32"/>
        </w:rPr>
        <w:t>Hands-on Analytical Workshop I</w:t>
      </w:r>
    </w:p>
    <w:p w14:paraId="2E8DCC28" w14:textId="0E5657EF" w:rsidR="00541F0C" w:rsidRDefault="00541F0C">
      <w:pPr>
        <w:keepNext/>
        <w:spacing w:after="120"/>
        <w:rPr>
          <w:i/>
          <w:color w:val="50505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6624"/>
        <w:gridCol w:w="2664"/>
      </w:tblGrid>
      <w:tr w:rsidR="00EB080A" w14:paraId="15D2AE61" w14:textId="77777777" w:rsidTr="00B1640D">
        <w:trPr>
          <w:tblHeader/>
          <w:jc w:val="center"/>
        </w:trPr>
        <w:tc>
          <w:tcPr>
            <w:tcW w:w="158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DE78F9" w14:textId="77777777" w:rsidR="00EB080A" w:rsidRDefault="00EB080A" w:rsidP="00B1640D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w="662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D3C944" w14:textId="77777777" w:rsidR="00EB080A" w:rsidRDefault="00EB080A" w:rsidP="00B1640D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Session</w:t>
            </w:r>
          </w:p>
        </w:tc>
        <w:tc>
          <w:tcPr>
            <w:tcW w:w="266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DD0342" w14:textId="77777777" w:rsidR="00EB080A" w:rsidRDefault="00EB080A" w:rsidP="00B1640D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Proposed leads</w:t>
            </w:r>
          </w:p>
        </w:tc>
      </w:tr>
      <w:tr w:rsidR="00EB080A" w14:paraId="17649009" w14:textId="77777777" w:rsidTr="00B1640D">
        <w:trPr>
          <w:jc w:val="center"/>
        </w:trPr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E2390B" w14:textId="77777777" w:rsidR="00EB080A" w:rsidRDefault="00EB080A" w:rsidP="00B1640D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10:00-10:30</w:t>
            </w:r>
          </w:p>
          <w:p w14:paraId="4E7889F1" w14:textId="36D0EEAD" w:rsidR="00AE08A5" w:rsidRPr="00AE08A5" w:rsidRDefault="00AE08A5" w:rsidP="00B1640D">
            <w:pPr>
              <w:spacing w:after="0"/>
              <w:jc w:val="center"/>
              <w:rPr>
                <w:b/>
                <w:bCs/>
              </w:rPr>
            </w:pPr>
            <w:r w:rsidRPr="00AE08A5">
              <w:rPr>
                <w:b/>
                <w:bCs/>
                <w:sz w:val="18"/>
              </w:rPr>
              <w:t>Lumber 306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50C011" w14:textId="77777777" w:rsidR="00EB080A" w:rsidRDefault="00EB080A" w:rsidP="00B1640D">
            <w:pPr>
              <w:spacing w:after="0"/>
            </w:pPr>
            <w:r>
              <w:rPr>
                <w:sz w:val="18"/>
              </w:rPr>
              <w:t>Principles of CE, method design, instrument operation, and safety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E4F3AB" w14:textId="77777777" w:rsidR="00EB080A" w:rsidRDefault="00EB080A" w:rsidP="00B1640D">
            <w:pPr>
              <w:spacing w:after="0"/>
            </w:pPr>
            <w:r>
              <w:rPr>
                <w:sz w:val="18"/>
              </w:rPr>
              <w:t>An Le</w:t>
            </w:r>
          </w:p>
        </w:tc>
      </w:tr>
      <w:tr w:rsidR="00EB080A" w14:paraId="3EF58CB4" w14:textId="77777777" w:rsidTr="00B1640D">
        <w:trPr>
          <w:jc w:val="center"/>
        </w:trPr>
        <w:tc>
          <w:tcPr>
            <w:tcW w:w="15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67BD5B" w14:textId="408B1DAD" w:rsidR="00EB080A" w:rsidRDefault="00EB080A" w:rsidP="00B1640D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10:</w:t>
            </w:r>
            <w:r w:rsidR="00595E44">
              <w:rPr>
                <w:sz w:val="18"/>
              </w:rPr>
              <w:t>45</w:t>
            </w:r>
            <w:r>
              <w:rPr>
                <w:sz w:val="18"/>
              </w:rPr>
              <w:t>-12:00</w:t>
            </w:r>
          </w:p>
          <w:p w14:paraId="07F66EFE" w14:textId="2CD49318" w:rsidR="00AE08A5" w:rsidRPr="00AE08A5" w:rsidRDefault="00AE08A5" w:rsidP="00B1640D">
            <w:pPr>
              <w:spacing w:after="0"/>
              <w:jc w:val="center"/>
              <w:rPr>
                <w:b/>
                <w:bCs/>
              </w:rPr>
            </w:pPr>
            <w:r w:rsidRPr="00AE08A5">
              <w:rPr>
                <w:b/>
                <w:bCs/>
                <w:sz w:val="18"/>
              </w:rPr>
              <w:t>3</w:t>
            </w:r>
            <w:r w:rsidRPr="00AE08A5">
              <w:rPr>
                <w:b/>
                <w:bCs/>
                <w:sz w:val="18"/>
                <w:vertAlign w:val="superscript"/>
              </w:rPr>
              <w:t>rd</w:t>
            </w:r>
            <w:r w:rsidRPr="00AE08A5">
              <w:rPr>
                <w:b/>
                <w:bCs/>
                <w:sz w:val="18"/>
              </w:rPr>
              <w:t xml:space="preserve"> Floor, Petrie</w:t>
            </w:r>
          </w:p>
        </w:tc>
        <w:tc>
          <w:tcPr>
            <w:tcW w:w="662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0CCD92" w14:textId="77777777" w:rsidR="00EB080A" w:rsidRDefault="00EB080A" w:rsidP="00B1640D">
            <w:pPr>
              <w:spacing w:after="0"/>
            </w:pPr>
            <w:r>
              <w:rPr>
                <w:sz w:val="18"/>
              </w:rPr>
              <w:t xml:space="preserve">Sample preparation </w:t>
            </w:r>
          </w:p>
        </w:tc>
        <w:tc>
          <w:tcPr>
            <w:tcW w:w="266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371A37" w14:textId="77777777" w:rsidR="00EB080A" w:rsidRDefault="00EB080A" w:rsidP="00B1640D">
            <w:pPr>
              <w:spacing w:after="0"/>
            </w:pPr>
            <w:r>
              <w:rPr>
                <w:sz w:val="18"/>
              </w:rPr>
              <w:t>Krylov laboratory instructors</w:t>
            </w:r>
          </w:p>
        </w:tc>
      </w:tr>
      <w:tr w:rsidR="00EB080A" w14:paraId="620A6C9E" w14:textId="77777777" w:rsidTr="00B1640D">
        <w:trPr>
          <w:jc w:val="center"/>
        </w:trPr>
        <w:tc>
          <w:tcPr>
            <w:tcW w:w="158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DB5E23" w14:textId="77777777" w:rsidR="00EB080A" w:rsidRDefault="00EB080A" w:rsidP="00B1640D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12:00-1:00</w:t>
            </w:r>
          </w:p>
          <w:p w14:paraId="6D23B9F1" w14:textId="75E45DCC" w:rsidR="00AE08A5" w:rsidRPr="00AE08A5" w:rsidRDefault="00AE08A5" w:rsidP="00B1640D">
            <w:pPr>
              <w:spacing w:after="0"/>
              <w:jc w:val="center"/>
              <w:rPr>
                <w:b/>
                <w:bCs/>
              </w:rPr>
            </w:pPr>
            <w:r w:rsidRPr="00AE08A5">
              <w:rPr>
                <w:b/>
                <w:bCs/>
                <w:sz w:val="18"/>
              </w:rPr>
              <w:t>Petrie 348</w:t>
            </w:r>
          </w:p>
        </w:tc>
        <w:tc>
          <w:tcPr>
            <w:tcW w:w="662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A1499D" w14:textId="77777777" w:rsidR="00EB080A" w:rsidRDefault="00EB080A" w:rsidP="00B1640D">
            <w:pPr>
              <w:spacing w:after="0"/>
            </w:pPr>
            <w:r>
              <w:rPr>
                <w:sz w:val="18"/>
              </w:rPr>
              <w:t>Lunch break</w:t>
            </w:r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91D7A3" w14:textId="77777777" w:rsidR="00EB080A" w:rsidRDefault="00EB080A" w:rsidP="00B1640D">
            <w:pPr>
              <w:spacing w:after="0"/>
            </w:pPr>
          </w:p>
        </w:tc>
      </w:tr>
      <w:tr w:rsidR="00EB080A" w14:paraId="17989D29" w14:textId="77777777" w:rsidTr="00B1640D">
        <w:trPr>
          <w:jc w:val="center"/>
        </w:trPr>
        <w:tc>
          <w:tcPr>
            <w:tcW w:w="15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EB872" w14:textId="77777777" w:rsidR="00EB080A" w:rsidRDefault="00EB080A" w:rsidP="00B1640D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1:00-3:30</w:t>
            </w:r>
          </w:p>
          <w:p w14:paraId="44F5D286" w14:textId="219196C6" w:rsidR="00AE08A5" w:rsidRPr="00AE08A5" w:rsidRDefault="00AE08A5" w:rsidP="00B1640D">
            <w:pPr>
              <w:spacing w:after="0"/>
              <w:jc w:val="center"/>
              <w:rPr>
                <w:b/>
                <w:bCs/>
              </w:rPr>
            </w:pPr>
            <w:r w:rsidRPr="00AE08A5">
              <w:rPr>
                <w:b/>
                <w:bCs/>
                <w:sz w:val="18"/>
              </w:rPr>
              <w:t>3</w:t>
            </w:r>
            <w:r w:rsidRPr="00AE08A5">
              <w:rPr>
                <w:b/>
                <w:bCs/>
                <w:sz w:val="18"/>
                <w:vertAlign w:val="superscript"/>
              </w:rPr>
              <w:t>rd</w:t>
            </w:r>
            <w:r w:rsidRPr="00AE08A5">
              <w:rPr>
                <w:b/>
                <w:bCs/>
                <w:sz w:val="18"/>
              </w:rPr>
              <w:t xml:space="preserve"> </w:t>
            </w:r>
            <w:proofErr w:type="spellStart"/>
            <w:r w:rsidRPr="00AE08A5">
              <w:rPr>
                <w:b/>
                <w:bCs/>
                <w:sz w:val="18"/>
              </w:rPr>
              <w:t>Floor,Petrie</w:t>
            </w:r>
            <w:proofErr w:type="spellEnd"/>
          </w:p>
        </w:tc>
        <w:tc>
          <w:tcPr>
            <w:tcW w:w="662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9A3274" w14:textId="77777777" w:rsidR="00EB080A" w:rsidRDefault="00EB080A" w:rsidP="00B1640D">
            <w:pPr>
              <w:spacing w:after="0"/>
            </w:pPr>
            <w:r>
              <w:rPr>
                <w:sz w:val="18"/>
              </w:rPr>
              <w:t>CE operation with absorbance and fluorescence detection</w:t>
            </w:r>
          </w:p>
        </w:tc>
        <w:tc>
          <w:tcPr>
            <w:tcW w:w="266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8E4277" w14:textId="77777777" w:rsidR="00EB080A" w:rsidRDefault="00EB080A" w:rsidP="00B1640D">
            <w:pPr>
              <w:spacing w:after="0"/>
            </w:pPr>
            <w:r>
              <w:rPr>
                <w:sz w:val="18"/>
              </w:rPr>
              <w:t>Krylov laboratory instructors</w:t>
            </w:r>
          </w:p>
        </w:tc>
      </w:tr>
      <w:tr w:rsidR="00EB080A" w14:paraId="0D56D0BA" w14:textId="77777777" w:rsidTr="00B1640D">
        <w:trPr>
          <w:jc w:val="center"/>
        </w:trPr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09150A" w14:textId="77777777" w:rsidR="00EB080A" w:rsidRDefault="00EB080A" w:rsidP="00B1640D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3:30-4:30</w:t>
            </w:r>
          </w:p>
          <w:p w14:paraId="54D1DDC6" w14:textId="164C0812" w:rsidR="00AE08A5" w:rsidRPr="00AE08A5" w:rsidRDefault="00AE08A5" w:rsidP="00B1640D">
            <w:pPr>
              <w:spacing w:after="0"/>
              <w:jc w:val="center"/>
              <w:rPr>
                <w:b/>
                <w:bCs/>
              </w:rPr>
            </w:pPr>
            <w:r w:rsidRPr="00AE08A5">
              <w:rPr>
                <w:b/>
                <w:bCs/>
                <w:sz w:val="18"/>
              </w:rPr>
              <w:t>3</w:t>
            </w:r>
            <w:r w:rsidRPr="00AE08A5">
              <w:rPr>
                <w:b/>
                <w:bCs/>
                <w:sz w:val="18"/>
                <w:vertAlign w:val="superscript"/>
              </w:rPr>
              <w:t>rd</w:t>
            </w:r>
            <w:r w:rsidRPr="00AE08A5">
              <w:rPr>
                <w:b/>
                <w:bCs/>
                <w:sz w:val="18"/>
              </w:rPr>
              <w:t xml:space="preserve"> Floor, Petrie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35D165" w14:textId="77777777" w:rsidR="00EB080A" w:rsidRDefault="00EB080A" w:rsidP="00B1640D">
            <w:pPr>
              <w:spacing w:after="0"/>
            </w:pPr>
            <w:r>
              <w:rPr>
                <w:sz w:val="18"/>
              </w:rPr>
              <w:t>Data analysis, troubleshooting, and discussion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AEC8B6" w14:textId="77777777" w:rsidR="00EB080A" w:rsidRDefault="00EB080A" w:rsidP="00B1640D">
            <w:pPr>
              <w:spacing w:after="0"/>
            </w:pPr>
            <w:r>
              <w:rPr>
                <w:sz w:val="18"/>
              </w:rPr>
              <w:t>An Le and laboratory staff</w:t>
            </w:r>
          </w:p>
        </w:tc>
      </w:tr>
    </w:tbl>
    <w:p w14:paraId="5692248B" w14:textId="77777777" w:rsidR="00EB080A" w:rsidRDefault="00EB080A" w:rsidP="00EB080A">
      <w:pPr>
        <w:spacing w:after="0"/>
      </w:pPr>
    </w:p>
    <w:p w14:paraId="08AEC90F" w14:textId="77777777" w:rsidR="00541BCF" w:rsidRDefault="00541BCF">
      <w:pPr>
        <w:keepNext/>
        <w:spacing w:after="120"/>
        <w:rPr>
          <w:i/>
          <w:color w:val="505050"/>
        </w:rPr>
      </w:pPr>
    </w:p>
    <w:p w14:paraId="7BBD7EA9" w14:textId="77777777" w:rsidR="00541BCF" w:rsidRDefault="00541BCF">
      <w:pPr>
        <w:keepNext/>
        <w:spacing w:after="120"/>
      </w:pPr>
    </w:p>
    <w:p w14:paraId="7297A9E4" w14:textId="77777777" w:rsidR="00541F0C" w:rsidRDefault="00E9175B">
      <w:pPr>
        <w:keepNext/>
        <w:spacing w:before="60" w:after="40"/>
      </w:pPr>
      <w:r>
        <w:rPr>
          <w:b/>
          <w:color w:val="1F4E78"/>
          <w:sz w:val="26"/>
        </w:rPr>
        <w:t>DAY 5 - WEDNESDAY, SEPTEMBER 2</w:t>
      </w:r>
    </w:p>
    <w:p w14:paraId="3F5D834B" w14:textId="77777777" w:rsidR="00541F0C" w:rsidRDefault="00E9175B">
      <w:pPr>
        <w:keepNext/>
        <w:spacing w:after="20"/>
      </w:pPr>
      <w:r>
        <w:rPr>
          <w:b/>
          <w:color w:val="1F4E78"/>
          <w:sz w:val="32"/>
        </w:rPr>
        <w:t>Hands-on Analytical Workshop II</w:t>
      </w:r>
    </w:p>
    <w:p w14:paraId="0182AAA4" w14:textId="1E03E6ED" w:rsidR="00541F0C" w:rsidRDefault="00541F0C">
      <w:pPr>
        <w:keepNext/>
        <w:spacing w:after="120"/>
      </w:pPr>
    </w:p>
    <w:tbl>
      <w:tblPr>
        <w:tblStyle w:val="TableGrid"/>
        <w:tblW w:w="10872" w:type="dxa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6624"/>
        <w:gridCol w:w="2664"/>
      </w:tblGrid>
      <w:tr w:rsidR="00541F0C" w14:paraId="1EA1D1E0" w14:textId="77777777" w:rsidTr="00595E44">
        <w:trPr>
          <w:tblHeader/>
          <w:jc w:val="center"/>
        </w:trPr>
        <w:tc>
          <w:tcPr>
            <w:tcW w:w="158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D9199E" w14:textId="77777777" w:rsidR="00541F0C" w:rsidRDefault="00E9175B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w="662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B8732D" w14:textId="77777777" w:rsidR="00541F0C" w:rsidRDefault="00E9175B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Session</w:t>
            </w:r>
          </w:p>
        </w:tc>
        <w:tc>
          <w:tcPr>
            <w:tcW w:w="266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277434" w14:textId="77777777" w:rsidR="00541F0C" w:rsidRDefault="00E9175B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Proposed leads</w:t>
            </w:r>
          </w:p>
        </w:tc>
      </w:tr>
      <w:tr w:rsidR="00541F0C" w14:paraId="5FB30F62" w14:textId="77777777" w:rsidTr="00595E44">
        <w:trPr>
          <w:jc w:val="center"/>
        </w:trPr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5E0162" w14:textId="72B59BAF" w:rsidR="00D05B0F" w:rsidRDefault="00946E4C">
            <w:r>
              <w:t>10:00</w:t>
            </w:r>
            <w:r w:rsidR="00E9175B">
              <w:t>-</w:t>
            </w:r>
            <w:r>
              <w:t>10</w:t>
            </w:r>
            <w:r w:rsidR="00E9175B">
              <w:t>:</w:t>
            </w:r>
            <w:r w:rsidR="00595E44">
              <w:t>30</w:t>
            </w:r>
          </w:p>
          <w:p w14:paraId="40FD2FD4" w14:textId="299A98D1" w:rsidR="00AE08A5" w:rsidRPr="00AE08A5" w:rsidRDefault="00AE08A5">
            <w:pPr>
              <w:rPr>
                <w:b/>
                <w:bCs/>
              </w:rPr>
            </w:pPr>
            <w:r w:rsidRPr="00AE08A5">
              <w:rPr>
                <w:b/>
                <w:bCs/>
              </w:rPr>
              <w:t>Lumbers 306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20AD5C" w14:textId="4F0338A0" w:rsidR="00D05B0F" w:rsidRDefault="00E9175B">
            <w:r>
              <w:t>Principles of LC-MS; comparison of chromatographic and electrophoretic separations coupled to mass spectrometry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A777FE" w14:textId="7087E762" w:rsidR="00935636" w:rsidRDefault="00A21372">
            <w:r>
              <w:t xml:space="preserve"> An Le</w:t>
            </w:r>
          </w:p>
        </w:tc>
      </w:tr>
      <w:tr w:rsidR="00541F0C" w14:paraId="3D732D3C" w14:textId="77777777" w:rsidTr="00595E44">
        <w:trPr>
          <w:jc w:val="center"/>
        </w:trPr>
        <w:tc>
          <w:tcPr>
            <w:tcW w:w="15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B2AD91" w14:textId="2105916E" w:rsidR="00D05B0F" w:rsidRDefault="00946E4C">
            <w:r>
              <w:t>10:45</w:t>
            </w:r>
            <w:r w:rsidR="00E9175B">
              <w:t>-12:</w:t>
            </w:r>
            <w:r w:rsidR="00595E44">
              <w:t>0</w:t>
            </w:r>
            <w:r>
              <w:t>0</w:t>
            </w:r>
          </w:p>
          <w:p w14:paraId="736200B5" w14:textId="6B56F9D6" w:rsidR="00AE08A5" w:rsidRPr="00AE08A5" w:rsidRDefault="00AE08A5">
            <w:pPr>
              <w:rPr>
                <w:b/>
                <w:bCs/>
              </w:rPr>
            </w:pPr>
            <w:r w:rsidRPr="00AE08A5">
              <w:rPr>
                <w:b/>
                <w:bCs/>
              </w:rPr>
              <w:t>3</w:t>
            </w:r>
            <w:r w:rsidRPr="00AE08A5">
              <w:rPr>
                <w:b/>
                <w:bCs/>
                <w:vertAlign w:val="superscript"/>
              </w:rPr>
              <w:t>rd</w:t>
            </w:r>
            <w:r w:rsidRPr="00AE08A5">
              <w:rPr>
                <w:b/>
                <w:bCs/>
              </w:rPr>
              <w:t xml:space="preserve"> Floor, Petrie</w:t>
            </w:r>
          </w:p>
        </w:tc>
        <w:tc>
          <w:tcPr>
            <w:tcW w:w="662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2255B" w14:textId="18711620" w:rsidR="00D05B0F" w:rsidRDefault="00E9175B">
            <w:r>
              <w:t>LC-MS sample preparation</w:t>
            </w:r>
            <w:r w:rsidR="00595E44">
              <w:t xml:space="preserve"> and </w:t>
            </w:r>
            <w:r>
              <w:t>method setup</w:t>
            </w:r>
          </w:p>
        </w:tc>
        <w:tc>
          <w:tcPr>
            <w:tcW w:w="266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1FC270" w14:textId="77777777" w:rsidR="00D05B0F" w:rsidRDefault="00E9175B">
            <w:r>
              <w:t>York University laboratory instructors</w:t>
            </w:r>
          </w:p>
        </w:tc>
      </w:tr>
      <w:tr w:rsidR="00541F0C" w14:paraId="5E448532" w14:textId="77777777" w:rsidTr="00595E44">
        <w:trPr>
          <w:jc w:val="center"/>
        </w:trPr>
        <w:tc>
          <w:tcPr>
            <w:tcW w:w="158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273DDB" w14:textId="7D9CEF3C" w:rsidR="00D05B0F" w:rsidRDefault="00E9175B">
            <w:r>
              <w:t>12:</w:t>
            </w:r>
            <w:r w:rsidR="00595E44">
              <w:t>0</w:t>
            </w:r>
            <w:r w:rsidR="00946E4C">
              <w:t>0</w:t>
            </w:r>
            <w:r>
              <w:t>-1:</w:t>
            </w:r>
            <w:r w:rsidR="00595E44">
              <w:t>00</w:t>
            </w:r>
          </w:p>
          <w:p w14:paraId="069B3BE1" w14:textId="3866CE4B" w:rsidR="00AE08A5" w:rsidRPr="005102C7" w:rsidRDefault="00AE08A5">
            <w:pPr>
              <w:rPr>
                <w:b/>
                <w:bCs/>
              </w:rPr>
            </w:pPr>
            <w:r w:rsidRPr="005102C7">
              <w:rPr>
                <w:b/>
                <w:bCs/>
              </w:rPr>
              <w:t xml:space="preserve">Petrie </w:t>
            </w:r>
            <w:r w:rsidR="005102C7" w:rsidRPr="005102C7">
              <w:rPr>
                <w:b/>
                <w:bCs/>
              </w:rPr>
              <w:t>348</w:t>
            </w:r>
          </w:p>
        </w:tc>
        <w:tc>
          <w:tcPr>
            <w:tcW w:w="662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54DB7E" w14:textId="77777777" w:rsidR="00D05B0F" w:rsidRDefault="00E9175B">
            <w:r>
              <w:t>Lunch break</w:t>
            </w:r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751F75" w14:textId="77777777" w:rsidR="00D05B0F" w:rsidRDefault="00D05B0F"/>
        </w:tc>
      </w:tr>
      <w:tr w:rsidR="00541F0C" w14:paraId="305CCA3E" w14:textId="77777777" w:rsidTr="00595E44">
        <w:trPr>
          <w:jc w:val="center"/>
        </w:trPr>
        <w:tc>
          <w:tcPr>
            <w:tcW w:w="15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13ED1E" w14:textId="3FD09F12" w:rsidR="00D05B0F" w:rsidRDefault="00E9175B">
            <w:r>
              <w:t>1:</w:t>
            </w:r>
            <w:r w:rsidR="00595E44">
              <w:t>0</w:t>
            </w:r>
            <w:r w:rsidR="00946E4C">
              <w:t>0-3:</w:t>
            </w:r>
            <w:r w:rsidR="00595E44">
              <w:t>0</w:t>
            </w:r>
            <w:r w:rsidR="00946E4C">
              <w:t>0</w:t>
            </w:r>
          </w:p>
          <w:p w14:paraId="05B6CA20" w14:textId="251A26AA" w:rsidR="005102C7" w:rsidRPr="005102C7" w:rsidRDefault="005102C7">
            <w:pPr>
              <w:rPr>
                <w:b/>
                <w:bCs/>
              </w:rPr>
            </w:pPr>
            <w:r w:rsidRPr="005102C7">
              <w:rPr>
                <w:b/>
                <w:bCs/>
              </w:rPr>
              <w:t>3</w:t>
            </w:r>
            <w:r w:rsidRPr="005102C7">
              <w:rPr>
                <w:b/>
                <w:bCs/>
                <w:vertAlign w:val="superscript"/>
              </w:rPr>
              <w:t>rd</w:t>
            </w:r>
            <w:r w:rsidRPr="005102C7">
              <w:rPr>
                <w:b/>
                <w:bCs/>
              </w:rPr>
              <w:t xml:space="preserve"> Floor, Petrie</w:t>
            </w:r>
          </w:p>
        </w:tc>
        <w:tc>
          <w:tcPr>
            <w:tcW w:w="662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74E3DF" w14:textId="05E6D276" w:rsidR="00D05B0F" w:rsidRDefault="00E9175B">
            <w:r>
              <w:t xml:space="preserve">LC-MS </w:t>
            </w:r>
            <w:r w:rsidR="00595E44">
              <w:t>sample preparation, method setup (continued)</w:t>
            </w:r>
          </w:p>
        </w:tc>
        <w:tc>
          <w:tcPr>
            <w:tcW w:w="266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56CF55" w14:textId="28C49855" w:rsidR="00D05B0F" w:rsidRDefault="00E9175B">
            <w:r>
              <w:t>York University laboratory instructors</w:t>
            </w:r>
          </w:p>
        </w:tc>
      </w:tr>
      <w:tr w:rsidR="00595E44" w14:paraId="72A3E992" w14:textId="77777777" w:rsidTr="00595E44">
        <w:trPr>
          <w:jc w:val="center"/>
        </w:trPr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FAC7A2" w14:textId="5BCF1160" w:rsidR="00595E44" w:rsidRDefault="00595E44" w:rsidP="00595E44">
            <w:r>
              <w:t>3:00-4:30</w:t>
            </w:r>
          </w:p>
          <w:p w14:paraId="72C7889C" w14:textId="6FD7CE36" w:rsidR="00595E44" w:rsidRPr="005102C7" w:rsidRDefault="00595E44" w:rsidP="00595E44">
            <w:pPr>
              <w:rPr>
                <w:b/>
                <w:bCs/>
              </w:rPr>
            </w:pPr>
            <w:r w:rsidRPr="005102C7">
              <w:rPr>
                <w:b/>
                <w:bCs/>
              </w:rPr>
              <w:t>3</w:t>
            </w:r>
            <w:r w:rsidRPr="005102C7">
              <w:rPr>
                <w:b/>
                <w:bCs/>
                <w:vertAlign w:val="superscript"/>
              </w:rPr>
              <w:t>rd</w:t>
            </w:r>
            <w:r w:rsidRPr="005102C7">
              <w:rPr>
                <w:b/>
                <w:bCs/>
              </w:rPr>
              <w:t xml:space="preserve"> Floor, Petrie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D0AB93" w14:textId="77777777" w:rsidR="00595E44" w:rsidRDefault="00595E44" w:rsidP="00595E44">
            <w:r>
              <w:t>Data processing, method comparison, troubleshooting, and interpretation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531D9D" w14:textId="3805F2CE" w:rsidR="00595E44" w:rsidRDefault="00595E44" w:rsidP="00595E44">
            <w:r>
              <w:rPr>
                <w:sz w:val="18"/>
              </w:rPr>
              <w:t>An Le and laboratory staff</w:t>
            </w:r>
          </w:p>
        </w:tc>
      </w:tr>
    </w:tbl>
    <w:p w14:paraId="15448891" w14:textId="77777777" w:rsidR="00541F0C" w:rsidRDefault="00541F0C">
      <w:pPr>
        <w:spacing w:after="0"/>
      </w:pPr>
    </w:p>
    <w:p w14:paraId="2FE15975" w14:textId="77777777" w:rsidR="00541F0C" w:rsidRDefault="00E9175B">
      <w:r>
        <w:br w:type="page"/>
      </w:r>
    </w:p>
    <w:p w14:paraId="7331982C" w14:textId="77777777" w:rsidR="00541F0C" w:rsidRDefault="00E9175B">
      <w:pPr>
        <w:keepNext/>
        <w:spacing w:before="60" w:after="40"/>
      </w:pPr>
      <w:r>
        <w:rPr>
          <w:b/>
          <w:color w:val="1F4E78"/>
          <w:sz w:val="26"/>
        </w:rPr>
        <w:lastRenderedPageBreak/>
        <w:t>DAY 6 - THURSDAY, SEPTEMBER 3</w:t>
      </w:r>
    </w:p>
    <w:p w14:paraId="50A7B271" w14:textId="77777777" w:rsidR="00541F0C" w:rsidRDefault="00E9175B">
      <w:pPr>
        <w:keepNext/>
        <w:spacing w:after="20"/>
      </w:pPr>
      <w:r>
        <w:rPr>
          <w:b/>
          <w:color w:val="1F4E78"/>
          <w:sz w:val="32"/>
        </w:rPr>
        <w:t>Hands-on Analytical Workshop III and Program Closing</w:t>
      </w:r>
    </w:p>
    <w:p w14:paraId="4C75669A" w14:textId="47A34A62" w:rsidR="00541F0C" w:rsidRDefault="00541F0C">
      <w:pPr>
        <w:keepNext/>
        <w:spacing w:after="120"/>
      </w:pPr>
    </w:p>
    <w:tbl>
      <w:tblPr>
        <w:tblStyle w:val="TableGrid"/>
        <w:tblW w:w="10872" w:type="dxa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6624"/>
        <w:gridCol w:w="2664"/>
      </w:tblGrid>
      <w:tr w:rsidR="00541F0C" w14:paraId="3CE6DE53" w14:textId="77777777" w:rsidTr="00FC6EAD">
        <w:trPr>
          <w:tblHeader/>
          <w:jc w:val="center"/>
        </w:trPr>
        <w:tc>
          <w:tcPr>
            <w:tcW w:w="158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EDFBB5" w14:textId="77777777" w:rsidR="00541F0C" w:rsidRDefault="00E9175B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w="662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DE3FD3" w14:textId="77777777" w:rsidR="00541F0C" w:rsidRDefault="00E9175B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Session</w:t>
            </w:r>
          </w:p>
        </w:tc>
        <w:tc>
          <w:tcPr>
            <w:tcW w:w="2664" w:type="dxa"/>
            <w:shd w:val="clear" w:color="auto" w:fill="1F4E7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4338CC" w14:textId="77777777" w:rsidR="00541F0C" w:rsidRDefault="00E9175B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Proposed leads</w:t>
            </w:r>
          </w:p>
        </w:tc>
      </w:tr>
      <w:tr w:rsidR="00541F0C" w14:paraId="0E9C0ED8" w14:textId="77777777" w:rsidTr="00FC6EAD">
        <w:trPr>
          <w:jc w:val="center"/>
        </w:trPr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9400A5" w14:textId="77777777" w:rsidR="00541F0C" w:rsidRDefault="00B14293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10:00-11:00</w:t>
            </w:r>
          </w:p>
          <w:p w14:paraId="7FEBE56C" w14:textId="2A71E582" w:rsidR="006758E0" w:rsidRPr="006758E0" w:rsidRDefault="006758E0">
            <w:pPr>
              <w:spacing w:after="0"/>
              <w:jc w:val="center"/>
              <w:rPr>
                <w:b/>
                <w:bCs/>
              </w:rPr>
            </w:pPr>
            <w:r w:rsidRPr="006758E0">
              <w:rPr>
                <w:b/>
                <w:bCs/>
                <w:sz w:val="18"/>
              </w:rPr>
              <w:t>Lumbers 306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CD672F" w14:textId="77777777" w:rsidR="00541F0C" w:rsidRDefault="00E9175B">
            <w:pPr>
              <w:spacing w:after="0"/>
            </w:pPr>
            <w:r>
              <w:rPr>
                <w:sz w:val="18"/>
              </w:rPr>
              <w:t>Principles of transient incomplete separation and ACTIS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FC2ECC" w14:textId="77777777" w:rsidR="00541F0C" w:rsidRDefault="00124976">
            <w:pPr>
              <w:spacing w:after="0"/>
            </w:pPr>
            <w:r>
              <w:rPr>
                <w:sz w:val="18"/>
              </w:rPr>
              <w:t>Tong Ye Wang</w:t>
            </w:r>
          </w:p>
        </w:tc>
      </w:tr>
      <w:tr w:rsidR="00541F0C" w14:paraId="451E43FE" w14:textId="77777777" w:rsidTr="00FC6EAD">
        <w:trPr>
          <w:jc w:val="center"/>
        </w:trPr>
        <w:tc>
          <w:tcPr>
            <w:tcW w:w="15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D3E670" w14:textId="77777777" w:rsidR="00541F0C" w:rsidRDefault="00E9175B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6758E0">
              <w:rPr>
                <w:sz w:val="18"/>
              </w:rPr>
              <w:t>1</w:t>
            </w:r>
            <w:r>
              <w:rPr>
                <w:sz w:val="18"/>
              </w:rPr>
              <w:t>:00-12:00</w:t>
            </w:r>
          </w:p>
          <w:p w14:paraId="13F239EE" w14:textId="033B5166" w:rsidR="006758E0" w:rsidRPr="006758E0" w:rsidRDefault="006758E0">
            <w:pPr>
              <w:spacing w:after="0"/>
              <w:jc w:val="center"/>
              <w:rPr>
                <w:b/>
                <w:bCs/>
              </w:rPr>
            </w:pPr>
            <w:r w:rsidRPr="006758E0">
              <w:rPr>
                <w:b/>
                <w:bCs/>
                <w:sz w:val="18"/>
              </w:rPr>
              <w:t>3</w:t>
            </w:r>
            <w:r w:rsidRPr="006758E0">
              <w:rPr>
                <w:b/>
                <w:bCs/>
                <w:sz w:val="18"/>
                <w:vertAlign w:val="superscript"/>
              </w:rPr>
              <w:t>rd</w:t>
            </w:r>
            <w:r w:rsidRPr="006758E0">
              <w:rPr>
                <w:b/>
                <w:bCs/>
                <w:sz w:val="18"/>
              </w:rPr>
              <w:t xml:space="preserve"> Floor, Petrie</w:t>
            </w:r>
          </w:p>
        </w:tc>
        <w:tc>
          <w:tcPr>
            <w:tcW w:w="662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A5218C" w14:textId="77777777" w:rsidR="00541F0C" w:rsidRDefault="00E9175B">
            <w:pPr>
              <w:spacing w:after="0"/>
            </w:pPr>
            <w:r>
              <w:rPr>
                <w:sz w:val="18"/>
              </w:rPr>
              <w:t>Instrument setup</w:t>
            </w:r>
            <w:r w:rsidR="00FC6EAD">
              <w:rPr>
                <w:sz w:val="18"/>
              </w:rPr>
              <w:t xml:space="preserve"> and</w:t>
            </w:r>
            <w:r>
              <w:rPr>
                <w:sz w:val="18"/>
              </w:rPr>
              <w:t xml:space="preserve"> experimental design</w:t>
            </w:r>
          </w:p>
        </w:tc>
        <w:tc>
          <w:tcPr>
            <w:tcW w:w="266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04D9A4" w14:textId="77777777" w:rsidR="00541F0C" w:rsidRDefault="00E9175B">
            <w:pPr>
              <w:spacing w:after="0"/>
            </w:pPr>
            <w:r>
              <w:rPr>
                <w:sz w:val="18"/>
              </w:rPr>
              <w:t>Krylov laboratory instructors</w:t>
            </w:r>
          </w:p>
        </w:tc>
      </w:tr>
      <w:tr w:rsidR="00541F0C" w14:paraId="50D33FCD" w14:textId="77777777" w:rsidTr="00FC6EAD">
        <w:trPr>
          <w:jc w:val="center"/>
        </w:trPr>
        <w:tc>
          <w:tcPr>
            <w:tcW w:w="158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19B159" w14:textId="77777777" w:rsidR="00541F0C" w:rsidRDefault="00E9175B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12:00-1:00</w:t>
            </w:r>
          </w:p>
          <w:p w14:paraId="352331D4" w14:textId="15DFD70E" w:rsidR="006758E0" w:rsidRPr="006758E0" w:rsidRDefault="006758E0">
            <w:pPr>
              <w:spacing w:after="0"/>
              <w:jc w:val="center"/>
              <w:rPr>
                <w:b/>
                <w:bCs/>
              </w:rPr>
            </w:pPr>
            <w:r w:rsidRPr="006758E0">
              <w:rPr>
                <w:b/>
                <w:bCs/>
                <w:sz w:val="18"/>
              </w:rPr>
              <w:t>Petrie 348</w:t>
            </w:r>
          </w:p>
        </w:tc>
        <w:tc>
          <w:tcPr>
            <w:tcW w:w="662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3B6197" w14:textId="77777777" w:rsidR="00541F0C" w:rsidRDefault="00E9175B">
            <w:pPr>
              <w:spacing w:after="0"/>
            </w:pPr>
            <w:r>
              <w:rPr>
                <w:sz w:val="18"/>
              </w:rPr>
              <w:t>Lunch</w:t>
            </w:r>
            <w:r w:rsidR="00124976">
              <w:rPr>
                <w:sz w:val="18"/>
              </w:rPr>
              <w:t xml:space="preserve"> break</w:t>
            </w:r>
          </w:p>
        </w:tc>
        <w:tc>
          <w:tcPr>
            <w:tcW w:w="266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1BB3F2" w14:textId="77777777" w:rsidR="00541F0C" w:rsidRDefault="00541F0C">
            <w:pPr>
              <w:spacing w:after="0"/>
            </w:pPr>
          </w:p>
        </w:tc>
      </w:tr>
      <w:tr w:rsidR="00541F0C" w14:paraId="79EEAB78" w14:textId="77777777" w:rsidTr="00FC6EAD">
        <w:trPr>
          <w:jc w:val="center"/>
        </w:trPr>
        <w:tc>
          <w:tcPr>
            <w:tcW w:w="15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BAA926" w14:textId="77777777" w:rsidR="00541F0C" w:rsidRDefault="00E9175B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1:00-3:</w:t>
            </w:r>
            <w:r w:rsidR="00FC6EAD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</w:p>
          <w:p w14:paraId="53438319" w14:textId="5D916C0D" w:rsidR="006758E0" w:rsidRPr="006758E0" w:rsidRDefault="006758E0">
            <w:pPr>
              <w:spacing w:after="0"/>
              <w:jc w:val="center"/>
              <w:rPr>
                <w:b/>
                <w:bCs/>
              </w:rPr>
            </w:pPr>
            <w:r w:rsidRPr="006758E0">
              <w:rPr>
                <w:b/>
                <w:bCs/>
                <w:sz w:val="18"/>
              </w:rPr>
              <w:t>3</w:t>
            </w:r>
            <w:r w:rsidRPr="006758E0">
              <w:rPr>
                <w:b/>
                <w:bCs/>
                <w:sz w:val="18"/>
                <w:vertAlign w:val="superscript"/>
              </w:rPr>
              <w:t>rd</w:t>
            </w:r>
            <w:r w:rsidRPr="006758E0">
              <w:rPr>
                <w:b/>
                <w:bCs/>
                <w:sz w:val="18"/>
              </w:rPr>
              <w:t xml:space="preserve"> Floor, Petrie</w:t>
            </w:r>
          </w:p>
        </w:tc>
        <w:tc>
          <w:tcPr>
            <w:tcW w:w="662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0937F0" w14:textId="77777777" w:rsidR="00541F0C" w:rsidRDefault="00FC6EAD">
            <w:pPr>
              <w:spacing w:after="0"/>
            </w:pPr>
            <w:r>
              <w:rPr>
                <w:sz w:val="18"/>
              </w:rPr>
              <w:t>ACTIS experiment</w:t>
            </w:r>
          </w:p>
        </w:tc>
        <w:tc>
          <w:tcPr>
            <w:tcW w:w="266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B3D491" w14:textId="77777777" w:rsidR="00541F0C" w:rsidRDefault="00E9175B">
            <w:pPr>
              <w:spacing w:after="0"/>
            </w:pPr>
            <w:r>
              <w:rPr>
                <w:sz w:val="18"/>
              </w:rPr>
              <w:t>Workshop instructors</w:t>
            </w:r>
          </w:p>
        </w:tc>
      </w:tr>
      <w:tr w:rsidR="00FC6EAD" w14:paraId="593730B5" w14:textId="77777777" w:rsidTr="00FC6EAD">
        <w:trPr>
          <w:jc w:val="center"/>
        </w:trPr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12FE36" w14:textId="77777777" w:rsidR="00FC6EAD" w:rsidRDefault="00FC6EAD" w:rsidP="00FC6EAD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3:30-4:30</w:t>
            </w:r>
          </w:p>
          <w:p w14:paraId="543510E8" w14:textId="2AB43B81" w:rsidR="006758E0" w:rsidRPr="006758E0" w:rsidRDefault="006758E0" w:rsidP="00FC6EAD">
            <w:pPr>
              <w:spacing w:after="0"/>
              <w:jc w:val="center"/>
              <w:rPr>
                <w:b/>
                <w:bCs/>
              </w:rPr>
            </w:pPr>
            <w:r w:rsidRPr="006758E0">
              <w:rPr>
                <w:b/>
                <w:bCs/>
                <w:sz w:val="18"/>
              </w:rPr>
              <w:t>3</w:t>
            </w:r>
            <w:r w:rsidRPr="006758E0">
              <w:rPr>
                <w:b/>
                <w:bCs/>
                <w:sz w:val="18"/>
                <w:vertAlign w:val="superscript"/>
              </w:rPr>
              <w:t>rd</w:t>
            </w:r>
            <w:r w:rsidRPr="006758E0">
              <w:rPr>
                <w:b/>
                <w:bCs/>
                <w:sz w:val="18"/>
              </w:rPr>
              <w:t xml:space="preserve"> Floor, Petrie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D666EE" w14:textId="77777777" w:rsidR="00FC6EAD" w:rsidRDefault="00FC6EAD" w:rsidP="00FC6EAD">
            <w:pPr>
              <w:spacing w:after="0"/>
            </w:pPr>
            <w:r>
              <w:rPr>
                <w:sz w:val="18"/>
              </w:rPr>
              <w:t>Data analysis, troubleshooting, and discussion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377959" w14:textId="77777777" w:rsidR="00FC6EAD" w:rsidRDefault="00FC6EAD" w:rsidP="00FC6EAD">
            <w:pPr>
              <w:spacing w:after="0"/>
            </w:pPr>
            <w:r>
              <w:rPr>
                <w:sz w:val="18"/>
              </w:rPr>
              <w:t>Tong Ye Wang and workshop instructors</w:t>
            </w:r>
          </w:p>
        </w:tc>
      </w:tr>
      <w:tr w:rsidR="00FC6EAD" w14:paraId="7E8FEA71" w14:textId="77777777" w:rsidTr="00FC6EAD">
        <w:trPr>
          <w:jc w:val="center"/>
        </w:trPr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A757A0" w14:textId="77777777" w:rsidR="00FC6EAD" w:rsidRDefault="00FC6EAD" w:rsidP="00FC6EAD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4:30-5:00</w:t>
            </w:r>
          </w:p>
          <w:p w14:paraId="355486BE" w14:textId="027D290A" w:rsidR="006758E0" w:rsidRPr="006758E0" w:rsidRDefault="006758E0" w:rsidP="00FC6EAD">
            <w:pPr>
              <w:spacing w:after="0"/>
              <w:jc w:val="center"/>
              <w:rPr>
                <w:b/>
                <w:bCs/>
                <w:sz w:val="18"/>
              </w:rPr>
            </w:pPr>
            <w:r w:rsidRPr="006758E0">
              <w:rPr>
                <w:b/>
                <w:bCs/>
                <w:sz w:val="18"/>
              </w:rPr>
              <w:t>3</w:t>
            </w:r>
            <w:r w:rsidRPr="006758E0">
              <w:rPr>
                <w:b/>
                <w:bCs/>
                <w:sz w:val="18"/>
                <w:vertAlign w:val="superscript"/>
              </w:rPr>
              <w:t>rd</w:t>
            </w:r>
            <w:r w:rsidRPr="006758E0">
              <w:rPr>
                <w:b/>
                <w:bCs/>
                <w:sz w:val="18"/>
              </w:rPr>
              <w:t xml:space="preserve"> Floor, Petrie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C1EB96" w14:textId="77777777" w:rsidR="00FC6EAD" w:rsidRDefault="00FC6EAD" w:rsidP="00FC6EAD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Closing remarks</w:t>
            </w:r>
          </w:p>
        </w:tc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7794AF" w14:textId="77777777" w:rsidR="00FC6EAD" w:rsidRDefault="00FC6EAD" w:rsidP="00FC6EAD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Sergey Krylov</w:t>
            </w:r>
          </w:p>
        </w:tc>
      </w:tr>
    </w:tbl>
    <w:p w14:paraId="794761D4" w14:textId="385CE7E4" w:rsidR="00541F0C" w:rsidRDefault="00E9175B">
      <w:r>
        <w:t>.</w:t>
      </w:r>
    </w:p>
    <w:p w14:paraId="4281066A" w14:textId="77777777" w:rsidR="00A7438D" w:rsidRDefault="00A7438D"/>
    <w:p w14:paraId="7A44A1D0" w14:textId="1160325E" w:rsidR="00541F0C" w:rsidRDefault="00541F0C" w:rsidP="00561D34"/>
    <w:sectPr w:rsidR="00541F0C" w:rsidSect="00034616">
      <w:headerReference w:type="default" r:id="rId8"/>
      <w:footerReference w:type="default" r:id="rId9"/>
      <w:pgSz w:w="12240" w:h="15840"/>
      <w:pgMar w:top="792" w:right="893" w:bottom="792" w:left="893" w:header="317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317E7" w14:textId="77777777" w:rsidR="000904BC" w:rsidRDefault="000904BC">
      <w:pPr>
        <w:spacing w:after="0" w:line="240" w:lineRule="auto"/>
      </w:pPr>
      <w:r>
        <w:separator/>
      </w:r>
    </w:p>
  </w:endnote>
  <w:endnote w:type="continuationSeparator" w:id="0">
    <w:p w14:paraId="268697BD" w14:textId="77777777" w:rsidR="000904BC" w:rsidRDefault="00090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3C5E9" w14:textId="77777777" w:rsidR="00541F0C" w:rsidRDefault="00E9175B">
    <w:pPr>
      <w:pStyle w:val="Footer"/>
      <w:jc w:val="center"/>
    </w:pPr>
    <w:r>
      <w:rPr>
        <w:color w:val="6E6E6E"/>
        <w:sz w:val="16"/>
      </w:rPr>
      <w:t>Revised discussion draft | 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77A0F" w14:textId="77777777" w:rsidR="000904BC" w:rsidRDefault="000904BC">
      <w:pPr>
        <w:spacing w:after="0" w:line="240" w:lineRule="auto"/>
      </w:pPr>
      <w:r>
        <w:separator/>
      </w:r>
    </w:p>
  </w:footnote>
  <w:footnote w:type="continuationSeparator" w:id="0">
    <w:p w14:paraId="0E51651A" w14:textId="77777777" w:rsidR="000904BC" w:rsidRDefault="00090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31CCB" w14:textId="77777777" w:rsidR="00541F0C" w:rsidRDefault="00E9175B">
    <w:pPr>
      <w:pStyle w:val="Header"/>
      <w:jc w:val="right"/>
    </w:pPr>
    <w:r>
      <w:rPr>
        <w:color w:val="646464"/>
        <w:sz w:val="16"/>
      </w:rPr>
      <w:t>NSERC CREATE: Technology-Enhanced Pharmaceutical Discovery (TEPD)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A0B"/>
    <w:rsid w:val="0006063C"/>
    <w:rsid w:val="000904BC"/>
    <w:rsid w:val="000C0A31"/>
    <w:rsid w:val="000E6F1F"/>
    <w:rsid w:val="0010557C"/>
    <w:rsid w:val="00124976"/>
    <w:rsid w:val="0015074B"/>
    <w:rsid w:val="00227A5A"/>
    <w:rsid w:val="00236B1B"/>
    <w:rsid w:val="0029639D"/>
    <w:rsid w:val="00326F90"/>
    <w:rsid w:val="003A77BC"/>
    <w:rsid w:val="003E7167"/>
    <w:rsid w:val="003E7FBB"/>
    <w:rsid w:val="00453475"/>
    <w:rsid w:val="00465B9E"/>
    <w:rsid w:val="004A1357"/>
    <w:rsid w:val="005102C7"/>
    <w:rsid w:val="00541BCF"/>
    <w:rsid w:val="00541F0C"/>
    <w:rsid w:val="00561D34"/>
    <w:rsid w:val="00595E44"/>
    <w:rsid w:val="005E2E1C"/>
    <w:rsid w:val="00670ACB"/>
    <w:rsid w:val="006758E0"/>
    <w:rsid w:val="006A4D9B"/>
    <w:rsid w:val="008649E5"/>
    <w:rsid w:val="00876939"/>
    <w:rsid w:val="00935636"/>
    <w:rsid w:val="00946E4C"/>
    <w:rsid w:val="009549AC"/>
    <w:rsid w:val="009A56A5"/>
    <w:rsid w:val="009F629B"/>
    <w:rsid w:val="00A21372"/>
    <w:rsid w:val="00A7438D"/>
    <w:rsid w:val="00AA1D8D"/>
    <w:rsid w:val="00AB184F"/>
    <w:rsid w:val="00AB21C5"/>
    <w:rsid w:val="00AB51B3"/>
    <w:rsid w:val="00AD7B31"/>
    <w:rsid w:val="00AE08A5"/>
    <w:rsid w:val="00B11E10"/>
    <w:rsid w:val="00B14293"/>
    <w:rsid w:val="00B47730"/>
    <w:rsid w:val="00BA7CA8"/>
    <w:rsid w:val="00C64C36"/>
    <w:rsid w:val="00CB0664"/>
    <w:rsid w:val="00D04D5A"/>
    <w:rsid w:val="00D05B0F"/>
    <w:rsid w:val="00D83799"/>
    <w:rsid w:val="00E177F2"/>
    <w:rsid w:val="00E9175B"/>
    <w:rsid w:val="00EB080A"/>
    <w:rsid w:val="00EE2F7D"/>
    <w:rsid w:val="00F45B2A"/>
    <w:rsid w:val="00F60A86"/>
    <w:rsid w:val="00F60AC8"/>
    <w:rsid w:val="00FC693F"/>
    <w:rsid w:val="00FC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917B36"/>
  <w14:defaultImageDpi w14:val="300"/>
  <w15:docId w15:val="{DA1A27A6-27A9-4565-9FC6-A1A69C30D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/>
      <w:b/>
      <w:bCs/>
      <w:color w:val="1F4E7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D7B3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3094ff5-79ca-456b-95f6-d578316a3809}" enabled="1" method="Privileged" siteId="{771c9c47-7f24-44dc-958e-34f8713a839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TEPD Summer School - Revised Proposed Schedule</dc:title>
  <dc:subject>NSERC CREATE TEPD Summer School schedule aligned with PS1, TS2, TS3, and TS4 deliverables</dc:subject>
  <dc:creator>Sergey N. Krylov</dc:creator>
  <cp:keywords>NSERC CREATE, TEPD, Summer School, PS1, TS2, TS3, TS4</cp:keywords>
  <dc:description>generated by python-docx</dc:description>
  <cp:lastModifiedBy>Anna Porretta</cp:lastModifiedBy>
  <cp:revision>2</cp:revision>
  <dcterms:created xsi:type="dcterms:W3CDTF">2026-09-24T14:33:00Z</dcterms:created>
  <dcterms:modified xsi:type="dcterms:W3CDTF">2026-09-24T14:33:00Z</dcterms:modified>
  <cp:category/>
</cp:coreProperties>
</file>